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DD10D" w14:textId="77777777" w:rsidR="00924894" w:rsidRDefault="00000000">
      <w:pPr>
        <w:spacing w:after="40"/>
        <w:jc w:val="center"/>
        <w:rPr>
          <w:lang w:eastAsia="zh-TW"/>
        </w:rPr>
      </w:pPr>
      <w:r>
        <w:rPr>
          <w:b/>
          <w:sz w:val="32"/>
          <w:lang w:eastAsia="zh-TW"/>
        </w:rPr>
        <w:t>新北市貢寮區和美國民小學</w:t>
      </w:r>
    </w:p>
    <w:p w14:paraId="7B49C971" w14:textId="77777777" w:rsidR="00924894" w:rsidRDefault="00000000">
      <w:pPr>
        <w:spacing w:after="160"/>
        <w:jc w:val="center"/>
        <w:rPr>
          <w:lang w:eastAsia="zh-TW"/>
        </w:rPr>
      </w:pPr>
      <w:r>
        <w:rPr>
          <w:b/>
          <w:sz w:val="28"/>
          <w:lang w:eastAsia="zh-TW"/>
        </w:rPr>
        <w:t>115 學年度新住民語文（越南語）教學支援工作人員第 1 次甄選簡章</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360"/>
        <w:gridCol w:w="3798"/>
        <w:gridCol w:w="1360"/>
        <w:gridCol w:w="3798"/>
      </w:tblGrid>
      <w:tr w:rsidR="00924894" w14:paraId="4971E77B" w14:textId="77777777">
        <w:trPr>
          <w:cantSplit/>
          <w:jc w:val="center"/>
        </w:trPr>
        <w:tc>
          <w:tcPr>
            <w:tcW w:w="1360" w:type="dxa"/>
            <w:shd w:val="clear" w:color="auto" w:fill="D9EAF7"/>
            <w:vAlign w:val="center"/>
          </w:tcPr>
          <w:p w14:paraId="58C1FF91" w14:textId="77777777" w:rsidR="00924894" w:rsidRDefault="00000000">
            <w:pPr>
              <w:jc w:val="center"/>
            </w:pPr>
            <w:proofErr w:type="spellStart"/>
            <w:r>
              <w:rPr>
                <w:b/>
                <w:sz w:val="20"/>
              </w:rPr>
              <w:t>甄選類別</w:t>
            </w:r>
            <w:proofErr w:type="spellEnd"/>
          </w:p>
        </w:tc>
        <w:tc>
          <w:tcPr>
            <w:tcW w:w="3798" w:type="dxa"/>
            <w:vAlign w:val="center"/>
          </w:tcPr>
          <w:p w14:paraId="25763FC2" w14:textId="77777777" w:rsidR="00924894" w:rsidRDefault="00000000">
            <w:pPr>
              <w:rPr>
                <w:lang w:eastAsia="zh-TW"/>
              </w:rPr>
            </w:pPr>
            <w:r>
              <w:rPr>
                <w:sz w:val="20"/>
                <w:lang w:eastAsia="zh-TW"/>
              </w:rPr>
              <w:t>新住民語文（越南語）教學支援工作人員</w:t>
            </w:r>
          </w:p>
        </w:tc>
        <w:tc>
          <w:tcPr>
            <w:tcW w:w="1360" w:type="dxa"/>
            <w:shd w:val="clear" w:color="auto" w:fill="D9EAF7"/>
            <w:vAlign w:val="center"/>
          </w:tcPr>
          <w:p w14:paraId="4478C666" w14:textId="77777777" w:rsidR="00924894" w:rsidRDefault="00000000">
            <w:pPr>
              <w:jc w:val="center"/>
            </w:pPr>
            <w:proofErr w:type="spellStart"/>
            <w:r>
              <w:rPr>
                <w:b/>
                <w:sz w:val="20"/>
              </w:rPr>
              <w:t>名額</w:t>
            </w:r>
            <w:proofErr w:type="spellEnd"/>
          </w:p>
        </w:tc>
        <w:tc>
          <w:tcPr>
            <w:tcW w:w="3798" w:type="dxa"/>
            <w:vAlign w:val="center"/>
          </w:tcPr>
          <w:p w14:paraId="6860177C" w14:textId="77777777" w:rsidR="00924894" w:rsidRDefault="00000000">
            <w:r>
              <w:rPr>
                <w:sz w:val="20"/>
              </w:rPr>
              <w:t>正取 1 名，備取若干名</w:t>
            </w:r>
          </w:p>
        </w:tc>
      </w:tr>
      <w:tr w:rsidR="00924894" w14:paraId="7D09CC33" w14:textId="77777777">
        <w:trPr>
          <w:cantSplit/>
          <w:jc w:val="center"/>
        </w:trPr>
        <w:tc>
          <w:tcPr>
            <w:tcW w:w="1360" w:type="dxa"/>
            <w:shd w:val="clear" w:color="auto" w:fill="D9EAF7"/>
            <w:vAlign w:val="center"/>
          </w:tcPr>
          <w:p w14:paraId="31CA480E" w14:textId="77777777" w:rsidR="00924894" w:rsidRDefault="00000000">
            <w:pPr>
              <w:jc w:val="center"/>
            </w:pPr>
            <w:r>
              <w:rPr>
                <w:b/>
                <w:sz w:val="20"/>
              </w:rPr>
              <w:t>聘期</w:t>
            </w:r>
          </w:p>
        </w:tc>
        <w:tc>
          <w:tcPr>
            <w:tcW w:w="3798" w:type="dxa"/>
            <w:vAlign w:val="center"/>
          </w:tcPr>
          <w:p w14:paraId="383B09EB" w14:textId="77777777" w:rsidR="00924894" w:rsidRDefault="00000000">
            <w:pPr>
              <w:rPr>
                <w:lang w:eastAsia="zh-TW"/>
              </w:rPr>
            </w:pPr>
            <w:r>
              <w:rPr>
                <w:sz w:val="20"/>
                <w:lang w:eastAsia="zh-TW"/>
              </w:rPr>
              <w:t>115 年 8 月 1 日起至 116 年 7 月 31 日止；實際到職日、授課節數及鐘點依本校課程與教育局核定辦理。</w:t>
            </w:r>
          </w:p>
        </w:tc>
        <w:tc>
          <w:tcPr>
            <w:tcW w:w="1360" w:type="dxa"/>
            <w:shd w:val="clear" w:color="auto" w:fill="D9EAF7"/>
            <w:vAlign w:val="center"/>
          </w:tcPr>
          <w:p w14:paraId="4BF84520" w14:textId="77777777" w:rsidR="00924894" w:rsidRDefault="00000000">
            <w:pPr>
              <w:jc w:val="center"/>
            </w:pPr>
            <w:proofErr w:type="spellStart"/>
            <w:r>
              <w:rPr>
                <w:b/>
                <w:sz w:val="20"/>
              </w:rPr>
              <w:t>授課時段</w:t>
            </w:r>
            <w:proofErr w:type="spellEnd"/>
          </w:p>
        </w:tc>
        <w:tc>
          <w:tcPr>
            <w:tcW w:w="3798" w:type="dxa"/>
            <w:vAlign w:val="center"/>
          </w:tcPr>
          <w:p w14:paraId="0E80C4C7" w14:textId="77777777" w:rsidR="00924894" w:rsidRDefault="00000000">
            <w:pPr>
              <w:rPr>
                <w:lang w:eastAsia="zh-TW"/>
              </w:rPr>
            </w:pPr>
            <w:r>
              <w:rPr>
                <w:sz w:val="20"/>
                <w:lang w:eastAsia="zh-TW"/>
              </w:rPr>
              <w:t>依本校 115 學年度課程編排為準</w:t>
            </w:r>
          </w:p>
        </w:tc>
      </w:tr>
      <w:tr w:rsidR="00924894" w14:paraId="0D3A5143" w14:textId="77777777">
        <w:trPr>
          <w:cantSplit/>
          <w:jc w:val="center"/>
        </w:trPr>
        <w:tc>
          <w:tcPr>
            <w:tcW w:w="1360" w:type="dxa"/>
            <w:shd w:val="clear" w:color="auto" w:fill="D9EAF7"/>
            <w:vAlign w:val="center"/>
          </w:tcPr>
          <w:p w14:paraId="7BEBAC6C" w14:textId="77777777" w:rsidR="00924894" w:rsidRDefault="00000000">
            <w:pPr>
              <w:jc w:val="center"/>
            </w:pPr>
            <w:proofErr w:type="spellStart"/>
            <w:r>
              <w:rPr>
                <w:b/>
                <w:sz w:val="20"/>
              </w:rPr>
              <w:t>報名方式</w:t>
            </w:r>
            <w:proofErr w:type="spellEnd"/>
          </w:p>
        </w:tc>
        <w:tc>
          <w:tcPr>
            <w:tcW w:w="3798" w:type="dxa"/>
            <w:vAlign w:val="center"/>
          </w:tcPr>
          <w:p w14:paraId="1B429AA8" w14:textId="77777777" w:rsidR="00924894" w:rsidRDefault="00000000">
            <w:r>
              <w:rPr>
                <w:sz w:val="20"/>
              </w:rPr>
              <w:t>採線上電子收件報名</w:t>
            </w:r>
          </w:p>
        </w:tc>
        <w:tc>
          <w:tcPr>
            <w:tcW w:w="1360" w:type="dxa"/>
            <w:shd w:val="clear" w:color="auto" w:fill="D9EAF7"/>
            <w:vAlign w:val="center"/>
          </w:tcPr>
          <w:p w14:paraId="6533D667" w14:textId="77777777" w:rsidR="00924894" w:rsidRDefault="00000000">
            <w:pPr>
              <w:jc w:val="center"/>
            </w:pPr>
            <w:r>
              <w:rPr>
                <w:b/>
                <w:sz w:val="20"/>
              </w:rPr>
              <w:t>報名費</w:t>
            </w:r>
          </w:p>
        </w:tc>
        <w:tc>
          <w:tcPr>
            <w:tcW w:w="3798" w:type="dxa"/>
            <w:vAlign w:val="center"/>
          </w:tcPr>
          <w:p w14:paraId="10B5102D" w14:textId="77777777" w:rsidR="00924894" w:rsidRDefault="00000000">
            <w:r>
              <w:rPr>
                <w:sz w:val="20"/>
              </w:rPr>
              <w:t>免收報名費</w:t>
            </w:r>
          </w:p>
        </w:tc>
      </w:tr>
      <w:tr w:rsidR="00924894" w14:paraId="7755B011" w14:textId="77777777">
        <w:trPr>
          <w:cantSplit/>
          <w:jc w:val="center"/>
        </w:trPr>
        <w:tc>
          <w:tcPr>
            <w:tcW w:w="1360" w:type="dxa"/>
            <w:shd w:val="clear" w:color="auto" w:fill="D9EAF7"/>
            <w:vAlign w:val="center"/>
          </w:tcPr>
          <w:p w14:paraId="114C32B0" w14:textId="77777777" w:rsidR="00924894" w:rsidRDefault="00000000">
            <w:pPr>
              <w:jc w:val="center"/>
            </w:pPr>
            <w:r>
              <w:rPr>
                <w:b/>
                <w:sz w:val="20"/>
              </w:rPr>
              <w:t>報名期限</w:t>
            </w:r>
          </w:p>
        </w:tc>
        <w:tc>
          <w:tcPr>
            <w:tcW w:w="3798" w:type="dxa"/>
            <w:vAlign w:val="center"/>
          </w:tcPr>
          <w:p w14:paraId="33413805" w14:textId="77777777" w:rsidR="00924894" w:rsidRDefault="00000000">
            <w:pPr>
              <w:rPr>
                <w:lang w:eastAsia="zh-TW"/>
              </w:rPr>
            </w:pPr>
            <w:r>
              <w:rPr>
                <w:sz w:val="20"/>
                <w:lang w:eastAsia="zh-TW"/>
              </w:rPr>
              <w:t>115 年 6 月 25 日（星期四）上午 9 時止</w:t>
            </w:r>
          </w:p>
        </w:tc>
        <w:tc>
          <w:tcPr>
            <w:tcW w:w="1360" w:type="dxa"/>
            <w:shd w:val="clear" w:color="auto" w:fill="D9EAF7"/>
            <w:vAlign w:val="center"/>
          </w:tcPr>
          <w:p w14:paraId="680EE67D" w14:textId="77777777" w:rsidR="00924894" w:rsidRDefault="00000000">
            <w:pPr>
              <w:jc w:val="center"/>
            </w:pPr>
            <w:proofErr w:type="spellStart"/>
            <w:r>
              <w:rPr>
                <w:b/>
                <w:sz w:val="20"/>
              </w:rPr>
              <w:t>甄試時間</w:t>
            </w:r>
            <w:proofErr w:type="spellEnd"/>
          </w:p>
        </w:tc>
        <w:tc>
          <w:tcPr>
            <w:tcW w:w="3798" w:type="dxa"/>
            <w:vAlign w:val="center"/>
          </w:tcPr>
          <w:p w14:paraId="1EAD3EFA" w14:textId="77777777" w:rsidR="00924894" w:rsidRDefault="00000000">
            <w:pPr>
              <w:rPr>
                <w:lang w:eastAsia="zh-TW"/>
              </w:rPr>
            </w:pPr>
            <w:r>
              <w:rPr>
                <w:sz w:val="20"/>
                <w:lang w:eastAsia="zh-TW"/>
              </w:rPr>
              <w:t>115 年 6 月 25 日（星期四）下午 1 時 30 分開始</w:t>
            </w:r>
          </w:p>
        </w:tc>
      </w:tr>
      <w:tr w:rsidR="00924894" w14:paraId="0EE982ED" w14:textId="77777777">
        <w:trPr>
          <w:cantSplit/>
          <w:jc w:val="center"/>
        </w:trPr>
        <w:tc>
          <w:tcPr>
            <w:tcW w:w="1360" w:type="dxa"/>
            <w:shd w:val="clear" w:color="auto" w:fill="D9EAF7"/>
            <w:vAlign w:val="center"/>
          </w:tcPr>
          <w:p w14:paraId="2D5085AC" w14:textId="77777777" w:rsidR="00924894" w:rsidRDefault="00000000">
            <w:pPr>
              <w:jc w:val="center"/>
            </w:pPr>
            <w:proofErr w:type="spellStart"/>
            <w:r>
              <w:rPr>
                <w:b/>
                <w:sz w:val="20"/>
              </w:rPr>
              <w:t>報名信箱</w:t>
            </w:r>
            <w:proofErr w:type="spellEnd"/>
          </w:p>
        </w:tc>
        <w:tc>
          <w:tcPr>
            <w:tcW w:w="3798" w:type="dxa"/>
            <w:vAlign w:val="center"/>
          </w:tcPr>
          <w:p w14:paraId="0524D6F4" w14:textId="77777777" w:rsidR="00924894" w:rsidRDefault="00000000">
            <w:r>
              <w:rPr>
                <w:sz w:val="20"/>
              </w:rPr>
              <w:t>aj0623@ntpc.gov.tw</w:t>
            </w:r>
          </w:p>
        </w:tc>
        <w:tc>
          <w:tcPr>
            <w:tcW w:w="1360" w:type="dxa"/>
            <w:shd w:val="clear" w:color="auto" w:fill="D9EAF7"/>
            <w:vAlign w:val="center"/>
          </w:tcPr>
          <w:p w14:paraId="7156FC58" w14:textId="77777777" w:rsidR="00924894" w:rsidRDefault="00000000">
            <w:pPr>
              <w:jc w:val="center"/>
            </w:pPr>
            <w:r>
              <w:rPr>
                <w:b/>
                <w:sz w:val="20"/>
              </w:rPr>
              <w:t>甄試地點</w:t>
            </w:r>
          </w:p>
        </w:tc>
        <w:tc>
          <w:tcPr>
            <w:tcW w:w="3798" w:type="dxa"/>
            <w:vAlign w:val="center"/>
          </w:tcPr>
          <w:p w14:paraId="311BB488" w14:textId="77777777" w:rsidR="00924894" w:rsidRDefault="00000000">
            <w:pPr>
              <w:rPr>
                <w:lang w:eastAsia="zh-TW"/>
              </w:rPr>
            </w:pPr>
            <w:r>
              <w:rPr>
                <w:sz w:val="20"/>
                <w:lang w:eastAsia="zh-TW"/>
              </w:rPr>
              <w:t>新北市貢寮區和美國民小學（當日安排試場）</w:t>
            </w:r>
          </w:p>
        </w:tc>
      </w:tr>
      <w:tr w:rsidR="00924894" w14:paraId="1169DBC6" w14:textId="77777777">
        <w:trPr>
          <w:cantSplit/>
          <w:jc w:val="center"/>
        </w:trPr>
        <w:tc>
          <w:tcPr>
            <w:tcW w:w="1360" w:type="dxa"/>
            <w:shd w:val="clear" w:color="auto" w:fill="D9EAF7"/>
            <w:vAlign w:val="center"/>
          </w:tcPr>
          <w:p w14:paraId="2F507672" w14:textId="77777777" w:rsidR="00924894" w:rsidRDefault="00000000">
            <w:pPr>
              <w:jc w:val="center"/>
            </w:pPr>
            <w:proofErr w:type="spellStart"/>
            <w:r>
              <w:rPr>
                <w:b/>
                <w:sz w:val="20"/>
              </w:rPr>
              <w:t>聯絡窗口</w:t>
            </w:r>
            <w:proofErr w:type="spellEnd"/>
          </w:p>
        </w:tc>
        <w:tc>
          <w:tcPr>
            <w:tcW w:w="3798" w:type="dxa"/>
            <w:vAlign w:val="center"/>
          </w:tcPr>
          <w:p w14:paraId="3CDCBDAB" w14:textId="77777777" w:rsidR="00924894" w:rsidRDefault="00000000">
            <w:pPr>
              <w:rPr>
                <w:lang w:eastAsia="zh-TW"/>
              </w:rPr>
            </w:pPr>
            <w:r>
              <w:rPr>
                <w:sz w:val="20"/>
                <w:lang w:eastAsia="zh-TW"/>
              </w:rPr>
              <w:t>教務處蔡主任 02-24909431 分機 11；人事室徐主任 02-24979858 分機 57</w:t>
            </w:r>
          </w:p>
        </w:tc>
        <w:tc>
          <w:tcPr>
            <w:tcW w:w="1360" w:type="dxa"/>
            <w:shd w:val="clear" w:color="auto" w:fill="D9EAF7"/>
            <w:vAlign w:val="center"/>
          </w:tcPr>
          <w:p w14:paraId="7B65232E" w14:textId="77777777" w:rsidR="00924894" w:rsidRDefault="00000000">
            <w:pPr>
              <w:jc w:val="center"/>
            </w:pPr>
            <w:proofErr w:type="spellStart"/>
            <w:r>
              <w:rPr>
                <w:b/>
                <w:sz w:val="20"/>
              </w:rPr>
              <w:t>公告網址</w:t>
            </w:r>
            <w:proofErr w:type="spellEnd"/>
          </w:p>
        </w:tc>
        <w:tc>
          <w:tcPr>
            <w:tcW w:w="3798" w:type="dxa"/>
            <w:vAlign w:val="center"/>
          </w:tcPr>
          <w:p w14:paraId="7203A8A6" w14:textId="77777777" w:rsidR="00924894" w:rsidRDefault="00000000">
            <w:pPr>
              <w:rPr>
                <w:lang w:eastAsia="zh-TW"/>
              </w:rPr>
            </w:pPr>
            <w:r>
              <w:rPr>
                <w:sz w:val="20"/>
                <w:lang w:eastAsia="zh-TW"/>
              </w:rPr>
              <w:t>本校網站及新北市政府教育局網站</w:t>
            </w:r>
          </w:p>
        </w:tc>
      </w:tr>
    </w:tbl>
    <w:p w14:paraId="2520EAF6" w14:textId="77777777" w:rsidR="00924894" w:rsidRDefault="00924894">
      <w:pPr>
        <w:rPr>
          <w:lang w:eastAsia="zh-TW"/>
        </w:rPr>
      </w:pPr>
    </w:p>
    <w:p w14:paraId="7AE2A366" w14:textId="77777777" w:rsidR="00924894" w:rsidRDefault="00000000">
      <w:pPr>
        <w:keepNext/>
        <w:spacing w:after="40"/>
        <w:rPr>
          <w:lang w:eastAsia="zh-TW"/>
        </w:rPr>
      </w:pPr>
      <w:r>
        <w:rPr>
          <w:b/>
          <w:sz w:val="24"/>
          <w:lang w:eastAsia="zh-TW"/>
        </w:rPr>
        <w:t>一、領表方式</w:t>
      </w:r>
    </w:p>
    <w:p w14:paraId="63A37D8F" w14:textId="77777777" w:rsidR="00924894" w:rsidRDefault="00000000">
      <w:pPr>
        <w:spacing w:after="60"/>
        <w:rPr>
          <w:lang w:eastAsia="zh-TW"/>
        </w:rPr>
      </w:pPr>
      <w:r>
        <w:rPr>
          <w:lang w:eastAsia="zh-TW"/>
        </w:rPr>
        <w:t>即日起請至本校網站（https://www.hmps.ntpc.edu.tw）或新北市政府教育局網站／學校服務／甄（遴）選區下載甄選簡章及附件，請以 A4 紙張格式下載填寫。</w:t>
      </w:r>
    </w:p>
    <w:p w14:paraId="1214BA62" w14:textId="77777777" w:rsidR="00924894" w:rsidRDefault="00000000">
      <w:pPr>
        <w:keepNext/>
        <w:spacing w:after="40"/>
      </w:pPr>
      <w:proofErr w:type="spellStart"/>
      <w:r>
        <w:rPr>
          <w:b/>
          <w:sz w:val="24"/>
        </w:rPr>
        <w:t>二、甄選資格</w:t>
      </w:r>
      <w:proofErr w:type="spellEnd"/>
    </w:p>
    <w:p w14:paraId="403EF680" w14:textId="77777777" w:rsidR="00924894" w:rsidRDefault="00000000">
      <w:pPr>
        <w:pStyle w:val="a0"/>
        <w:spacing w:after="40" w:line="269" w:lineRule="auto"/>
        <w:rPr>
          <w:lang w:eastAsia="zh-TW"/>
        </w:rPr>
      </w:pPr>
      <w:r>
        <w:rPr>
          <w:sz w:val="22"/>
          <w:lang w:eastAsia="zh-TW"/>
        </w:rPr>
        <w:t>年齡在 65 歲以下（民國 50 年 8 月 1 日以後出生），取得我國身分證或居留證之新住民或外籍生（未於大陸地區設有戶籍、領用大陸地區護照、身分證、定居證或居住證），且身心健康、品德優良。</w:t>
      </w:r>
    </w:p>
    <w:p w14:paraId="4A836F7B" w14:textId="77777777" w:rsidR="00924894" w:rsidRDefault="00000000">
      <w:pPr>
        <w:pStyle w:val="a0"/>
        <w:spacing w:after="40" w:line="269" w:lineRule="auto"/>
        <w:rPr>
          <w:lang w:eastAsia="zh-TW"/>
        </w:rPr>
      </w:pPr>
      <w:r>
        <w:rPr>
          <w:sz w:val="22"/>
          <w:lang w:eastAsia="zh-TW"/>
        </w:rPr>
        <w:t>無教師法第 19 條、教育人員任用條例第 31 條及第 33 條、高級中等以下學校兼任代課及代理教師聘任辦法第 9 條等規定不得聘任或不得為教育人員之情事。</w:t>
      </w:r>
    </w:p>
    <w:p w14:paraId="2F589980" w14:textId="77777777" w:rsidR="00924894" w:rsidRDefault="00000000">
      <w:pPr>
        <w:pStyle w:val="a0"/>
        <w:spacing w:after="40" w:line="269" w:lineRule="auto"/>
        <w:rPr>
          <w:lang w:eastAsia="zh-TW"/>
        </w:rPr>
      </w:pPr>
      <w:r>
        <w:rPr>
          <w:sz w:val="22"/>
          <w:lang w:eastAsia="zh-TW"/>
        </w:rPr>
        <w:t>具有國民中小學教學支援工作人員聘任辦法第三條所列新住民語文專長之教學支援工作人員聘任資格者優先聘任。</w:t>
      </w:r>
    </w:p>
    <w:p w14:paraId="750598D7" w14:textId="77777777" w:rsidR="00924894" w:rsidRDefault="00000000">
      <w:pPr>
        <w:pStyle w:val="a0"/>
        <w:spacing w:after="40" w:line="269" w:lineRule="auto"/>
        <w:rPr>
          <w:lang w:eastAsia="zh-TW"/>
        </w:rPr>
      </w:pPr>
      <w:r>
        <w:rPr>
          <w:sz w:val="22"/>
          <w:lang w:eastAsia="zh-TW"/>
        </w:rPr>
        <w:t>具新住民語文專長教學支援工作人員聘任資格者，係指參加中央主管機關或直轄市、縣（市）主管機關所舉辦新住民語文教學支援人員研習並經認證，取得合格證書者。</w:t>
      </w:r>
    </w:p>
    <w:p w14:paraId="72C56C09" w14:textId="77777777" w:rsidR="00924894" w:rsidRDefault="00000000">
      <w:pPr>
        <w:pStyle w:val="a0"/>
        <w:spacing w:after="40" w:line="269" w:lineRule="auto"/>
        <w:rPr>
          <w:lang w:eastAsia="zh-TW"/>
        </w:rPr>
      </w:pPr>
      <w:r>
        <w:rPr>
          <w:sz w:val="22"/>
          <w:lang w:eastAsia="zh-TW"/>
        </w:rPr>
        <w:t>所繳各項證件及資格證明如有偽造、變造、冒用或不實，除取消甄選、錄取或聘任資格外，涉及刑責者由應徵者自行負責。</w:t>
      </w:r>
    </w:p>
    <w:p w14:paraId="1ACE7FBF" w14:textId="77777777" w:rsidR="00924894" w:rsidRDefault="00000000">
      <w:pPr>
        <w:keepNext/>
        <w:spacing w:after="40"/>
        <w:rPr>
          <w:lang w:eastAsia="zh-TW"/>
        </w:rPr>
      </w:pPr>
      <w:r>
        <w:rPr>
          <w:b/>
          <w:sz w:val="24"/>
          <w:lang w:eastAsia="zh-TW"/>
        </w:rPr>
        <w:t>三、甄選名額</w:t>
      </w:r>
    </w:p>
    <w:p w14:paraId="7F077A34" w14:textId="77777777" w:rsidR="00924894" w:rsidRDefault="00000000">
      <w:pPr>
        <w:spacing w:after="60"/>
        <w:rPr>
          <w:lang w:eastAsia="zh-TW"/>
        </w:rPr>
      </w:pPr>
      <w:r>
        <w:rPr>
          <w:lang w:eastAsia="zh-TW"/>
        </w:rPr>
        <w:t>新住民語文（越南語）教學支援工作人員正取 1 名，備取若干名。備取人員得視本校缺額或正取人員未報到情形依序遞補，備取有效期間至 116 年 4 月 30 日止。</w:t>
      </w:r>
    </w:p>
    <w:p w14:paraId="5CE82974" w14:textId="77777777" w:rsidR="00924894" w:rsidRDefault="00000000">
      <w:pPr>
        <w:keepNext/>
        <w:spacing w:after="40"/>
      </w:pPr>
      <w:proofErr w:type="spellStart"/>
      <w:r>
        <w:rPr>
          <w:b/>
          <w:sz w:val="24"/>
        </w:rPr>
        <w:t>四、聘期及授課時段</w:t>
      </w:r>
      <w:proofErr w:type="spellEnd"/>
    </w:p>
    <w:p w14:paraId="518B3E0D" w14:textId="77777777" w:rsidR="00924894" w:rsidRDefault="00000000">
      <w:pPr>
        <w:pStyle w:val="a0"/>
        <w:spacing w:after="40" w:line="269" w:lineRule="auto"/>
        <w:rPr>
          <w:lang w:eastAsia="zh-TW"/>
        </w:rPr>
      </w:pPr>
      <w:r>
        <w:rPr>
          <w:sz w:val="22"/>
          <w:lang w:eastAsia="zh-TW"/>
        </w:rPr>
        <w:t>聘期：115 年 8 月 1 日起至 116 年 7 月 31 日止；惟實際聘期、到職日、授課節數、鐘點及課務安排，依本校課程編排、學生選習情形及新北市政府教育局核定結果辦理。</w:t>
      </w:r>
    </w:p>
    <w:p w14:paraId="65D85CAD" w14:textId="77777777" w:rsidR="00924894" w:rsidRDefault="00000000">
      <w:pPr>
        <w:pStyle w:val="a0"/>
        <w:spacing w:after="40" w:line="269" w:lineRule="auto"/>
        <w:rPr>
          <w:lang w:eastAsia="zh-TW"/>
        </w:rPr>
      </w:pPr>
      <w:r>
        <w:rPr>
          <w:sz w:val="22"/>
          <w:lang w:eastAsia="zh-TW"/>
        </w:rPr>
        <w:t>授課時段：依本校 115 學年度課程編排為準，教學支援工作人員應配合學校課務安排、課程準備、學生學習需求及相關教學活動。</w:t>
      </w:r>
    </w:p>
    <w:p w14:paraId="38683E87" w14:textId="77777777" w:rsidR="00924894" w:rsidRDefault="00000000">
      <w:pPr>
        <w:pStyle w:val="a0"/>
        <w:spacing w:after="40" w:line="269" w:lineRule="auto"/>
        <w:rPr>
          <w:lang w:eastAsia="zh-TW"/>
        </w:rPr>
      </w:pPr>
      <w:r>
        <w:rPr>
          <w:sz w:val="22"/>
          <w:lang w:eastAsia="zh-TW"/>
        </w:rPr>
        <w:t>如法令或新北市政府教育局規定調整，悉依最新規定辦理。</w:t>
      </w:r>
    </w:p>
    <w:p w14:paraId="1233872E" w14:textId="77777777" w:rsidR="00924894" w:rsidRDefault="00000000">
      <w:pPr>
        <w:keepNext/>
        <w:spacing w:after="40"/>
      </w:pPr>
      <w:proofErr w:type="spellStart"/>
      <w:r>
        <w:rPr>
          <w:b/>
          <w:sz w:val="24"/>
        </w:rPr>
        <w:lastRenderedPageBreak/>
        <w:t>五、報名方式及時間</w:t>
      </w:r>
      <w:proofErr w:type="spellEnd"/>
    </w:p>
    <w:p w14:paraId="5DD5A3C9" w14:textId="77777777" w:rsidR="00924894" w:rsidRDefault="00000000">
      <w:pPr>
        <w:pStyle w:val="a0"/>
        <w:spacing w:after="40" w:line="269" w:lineRule="auto"/>
        <w:rPr>
          <w:lang w:eastAsia="zh-TW"/>
        </w:rPr>
      </w:pPr>
      <w:r>
        <w:rPr>
          <w:sz w:val="22"/>
          <w:lang w:eastAsia="zh-TW"/>
        </w:rPr>
        <w:t>報名方式：採線上電子收件報名。請將報名相關表件及證件依本簡章「應繳表件」順序掃描成 1 個 PDF 檔，寄送至 aj0623@ntpc.gov.tw 信箱。</w:t>
      </w:r>
    </w:p>
    <w:p w14:paraId="67F93913" w14:textId="77777777" w:rsidR="00924894" w:rsidRDefault="00000000">
      <w:pPr>
        <w:pStyle w:val="a0"/>
        <w:spacing w:after="40" w:line="269" w:lineRule="auto"/>
        <w:rPr>
          <w:lang w:eastAsia="zh-TW"/>
        </w:rPr>
      </w:pPr>
      <w:r>
        <w:rPr>
          <w:sz w:val="22"/>
          <w:lang w:eastAsia="zh-TW"/>
        </w:rPr>
        <w:t>報名期限：115 年 6 月 25 日（星期四）上午 9 時止，以寄出信件時間為準；逾時視同報名不成功。</w:t>
      </w:r>
    </w:p>
    <w:p w14:paraId="5F0F6CAF" w14:textId="77777777" w:rsidR="00924894" w:rsidRDefault="00000000">
      <w:pPr>
        <w:pStyle w:val="a0"/>
        <w:spacing w:after="40" w:line="269" w:lineRule="auto"/>
        <w:rPr>
          <w:lang w:eastAsia="zh-TW"/>
        </w:rPr>
      </w:pPr>
      <w:r>
        <w:rPr>
          <w:sz w:val="22"/>
          <w:lang w:eastAsia="zh-TW"/>
        </w:rPr>
        <w:t>郵件主旨請註明「和美國小新住民語文（越南語）教學支援工作人員甄選報名」。寄出後請致電人事室徐主任（02-24979858 分機 57）確認收件。</w:t>
      </w:r>
    </w:p>
    <w:p w14:paraId="6DC96D28" w14:textId="77777777" w:rsidR="00924894" w:rsidRDefault="00000000">
      <w:pPr>
        <w:pStyle w:val="a0"/>
        <w:spacing w:after="40" w:line="269" w:lineRule="auto"/>
        <w:rPr>
          <w:lang w:eastAsia="zh-TW"/>
        </w:rPr>
      </w:pPr>
      <w:r>
        <w:rPr>
          <w:sz w:val="22"/>
          <w:lang w:eastAsia="zh-TW"/>
        </w:rPr>
        <w:t>如由他人代為辦理相關報名事宜，請併附委託書；錄取後仍須依本校通知攜帶正本辦理查驗及報到。</w:t>
      </w:r>
    </w:p>
    <w:p w14:paraId="636D93D6" w14:textId="77777777" w:rsidR="00924894" w:rsidRDefault="00000000">
      <w:pPr>
        <w:keepNext/>
        <w:spacing w:after="40"/>
        <w:rPr>
          <w:lang w:eastAsia="zh-TW"/>
        </w:rPr>
      </w:pPr>
      <w:r>
        <w:rPr>
          <w:b/>
          <w:sz w:val="24"/>
          <w:lang w:eastAsia="zh-TW"/>
        </w:rPr>
        <w:t>六、報名費</w:t>
      </w:r>
    </w:p>
    <w:p w14:paraId="7DCD5FC4" w14:textId="77777777" w:rsidR="00924894" w:rsidRDefault="00000000">
      <w:pPr>
        <w:spacing w:after="60"/>
        <w:rPr>
          <w:lang w:eastAsia="zh-TW"/>
        </w:rPr>
      </w:pPr>
      <w:r>
        <w:rPr>
          <w:lang w:eastAsia="zh-TW"/>
        </w:rPr>
        <w:t>免收報名費。</w:t>
      </w:r>
    </w:p>
    <w:p w14:paraId="4ADFD90A" w14:textId="77777777" w:rsidR="00924894" w:rsidRDefault="00000000">
      <w:pPr>
        <w:keepNext/>
        <w:spacing w:after="40"/>
        <w:rPr>
          <w:lang w:eastAsia="zh-TW"/>
        </w:rPr>
      </w:pPr>
      <w:r>
        <w:rPr>
          <w:b/>
          <w:sz w:val="24"/>
          <w:lang w:eastAsia="zh-TW"/>
        </w:rPr>
        <w:t>七、應繳表件</w:t>
      </w:r>
    </w:p>
    <w:p w14:paraId="0896319F" w14:textId="77777777" w:rsidR="00924894" w:rsidRDefault="00000000">
      <w:pPr>
        <w:spacing w:after="60"/>
        <w:rPr>
          <w:lang w:eastAsia="zh-TW"/>
        </w:rPr>
      </w:pPr>
      <w:r>
        <w:rPr>
          <w:lang w:eastAsia="zh-TW"/>
        </w:rPr>
        <w:t>請依下列順序備妥並掃描成 1 個 PDF 檔寄送；錄取後應攜帶正本供本校查驗，正本驗畢發還，影本留存本校備查：</w:t>
      </w:r>
    </w:p>
    <w:p w14:paraId="04FA6433" w14:textId="77777777" w:rsidR="00924894" w:rsidRDefault="00000000">
      <w:pPr>
        <w:pStyle w:val="a0"/>
        <w:spacing w:after="40" w:line="269" w:lineRule="auto"/>
        <w:rPr>
          <w:lang w:eastAsia="zh-TW"/>
        </w:rPr>
      </w:pPr>
      <w:r>
        <w:rPr>
          <w:lang w:eastAsia="zh-TW"/>
        </w:rPr>
        <w:t>甄選報名表（附件一，貼妥最近 3 個月 2 吋脫帽正面半身照片）。</w:t>
      </w:r>
    </w:p>
    <w:p w14:paraId="14E2BE4A" w14:textId="77777777" w:rsidR="00924894" w:rsidRDefault="00000000">
      <w:pPr>
        <w:pStyle w:val="a0"/>
        <w:spacing w:after="40" w:line="269" w:lineRule="auto"/>
      </w:pPr>
      <w:proofErr w:type="spellStart"/>
      <w:r>
        <w:t>簡要自傳（附件三</w:t>
      </w:r>
      <w:proofErr w:type="spellEnd"/>
      <w:r>
        <w:t>）。</w:t>
      </w:r>
    </w:p>
    <w:p w14:paraId="59AAD47A" w14:textId="77777777" w:rsidR="00924894" w:rsidRDefault="00000000">
      <w:pPr>
        <w:pStyle w:val="a0"/>
        <w:spacing w:after="40" w:line="269" w:lineRule="auto"/>
      </w:pPr>
      <w:r>
        <w:t>具結書（附件二）。</w:t>
      </w:r>
    </w:p>
    <w:p w14:paraId="09A643FC" w14:textId="77777777" w:rsidR="00924894" w:rsidRDefault="00000000">
      <w:pPr>
        <w:pStyle w:val="a0"/>
        <w:spacing w:after="40" w:line="269" w:lineRule="auto"/>
        <w:rPr>
          <w:lang w:eastAsia="zh-TW"/>
        </w:rPr>
      </w:pPr>
      <w:r>
        <w:rPr>
          <w:lang w:eastAsia="zh-TW"/>
        </w:rPr>
        <w:t>國民身分證或居留證正反面影本。</w:t>
      </w:r>
    </w:p>
    <w:p w14:paraId="4A8AD118" w14:textId="77777777" w:rsidR="00924894" w:rsidRDefault="00000000">
      <w:pPr>
        <w:pStyle w:val="a0"/>
        <w:spacing w:after="40" w:line="269" w:lineRule="auto"/>
        <w:rPr>
          <w:lang w:eastAsia="zh-TW"/>
        </w:rPr>
      </w:pPr>
      <w:r>
        <w:rPr>
          <w:lang w:eastAsia="zh-TW"/>
        </w:rPr>
        <w:t>最高學歷畢業證書；持國外學歷者須完成我國駐外館處驗證及相關採認程序。</w:t>
      </w:r>
    </w:p>
    <w:p w14:paraId="4A84688D" w14:textId="77777777" w:rsidR="00924894" w:rsidRDefault="00000000">
      <w:pPr>
        <w:pStyle w:val="a0"/>
        <w:spacing w:after="40" w:line="269" w:lineRule="auto"/>
        <w:rPr>
          <w:lang w:eastAsia="zh-TW"/>
        </w:rPr>
      </w:pPr>
      <w:r>
        <w:rPr>
          <w:lang w:eastAsia="zh-TW"/>
        </w:rPr>
        <w:t>新住民語文教學支援工作人員資格認證文件。</w:t>
      </w:r>
    </w:p>
    <w:p w14:paraId="54ABB31A" w14:textId="77777777" w:rsidR="00924894" w:rsidRDefault="00000000">
      <w:pPr>
        <w:pStyle w:val="a0"/>
        <w:spacing w:after="40" w:line="269" w:lineRule="auto"/>
        <w:rPr>
          <w:lang w:eastAsia="zh-TW"/>
        </w:rPr>
      </w:pPr>
      <w:r>
        <w:rPr>
          <w:lang w:eastAsia="zh-TW"/>
        </w:rPr>
        <w:t>歷屆服務證明書、敘薪通知書或相關教學經歷證明（無則免附）。</w:t>
      </w:r>
    </w:p>
    <w:p w14:paraId="5A02CA08" w14:textId="77777777" w:rsidR="00924894" w:rsidRDefault="00000000">
      <w:pPr>
        <w:pStyle w:val="a0"/>
        <w:spacing w:after="40" w:line="269" w:lineRule="auto"/>
        <w:rPr>
          <w:lang w:eastAsia="zh-TW"/>
        </w:rPr>
      </w:pPr>
      <w:r>
        <w:rPr>
          <w:lang w:eastAsia="zh-TW"/>
        </w:rPr>
        <w:t>委託書（附件四，委託報名者須附）。</w:t>
      </w:r>
    </w:p>
    <w:p w14:paraId="380D69BA" w14:textId="77777777" w:rsidR="00924894" w:rsidRDefault="00000000">
      <w:pPr>
        <w:pStyle w:val="a0"/>
        <w:spacing w:after="40" w:line="269" w:lineRule="auto"/>
        <w:rPr>
          <w:lang w:eastAsia="zh-TW"/>
        </w:rPr>
      </w:pPr>
      <w:r>
        <w:rPr>
          <w:lang w:eastAsia="zh-TW"/>
        </w:rPr>
        <w:t>甄選應試證（附件五，請自行填妥基本資料並貼照片）。</w:t>
      </w:r>
    </w:p>
    <w:p w14:paraId="759DCFB8" w14:textId="77777777" w:rsidR="00924894" w:rsidRDefault="00000000">
      <w:pPr>
        <w:keepNext/>
        <w:spacing w:after="40"/>
        <w:rPr>
          <w:lang w:eastAsia="zh-TW"/>
        </w:rPr>
      </w:pPr>
      <w:r>
        <w:rPr>
          <w:b/>
          <w:sz w:val="24"/>
          <w:lang w:eastAsia="zh-TW"/>
        </w:rPr>
        <w:t>八、甄試日期、地點及注意事項</w:t>
      </w:r>
    </w:p>
    <w:p w14:paraId="4236CD2A" w14:textId="77777777" w:rsidR="00924894" w:rsidRDefault="00000000">
      <w:pPr>
        <w:pStyle w:val="a0"/>
        <w:spacing w:after="40" w:line="269" w:lineRule="auto"/>
        <w:rPr>
          <w:lang w:eastAsia="zh-TW"/>
        </w:rPr>
      </w:pPr>
      <w:r>
        <w:rPr>
          <w:sz w:val="22"/>
          <w:lang w:eastAsia="zh-TW"/>
        </w:rPr>
        <w:t>甄試日期：115 年 6 月 25 日（星期四）下午 1 時 30 分開始。</w:t>
      </w:r>
    </w:p>
    <w:p w14:paraId="4B699FBF" w14:textId="77777777" w:rsidR="00924894" w:rsidRDefault="00000000">
      <w:pPr>
        <w:pStyle w:val="a0"/>
        <w:spacing w:after="40" w:line="269" w:lineRule="auto"/>
        <w:rPr>
          <w:lang w:eastAsia="zh-TW"/>
        </w:rPr>
      </w:pPr>
      <w:r>
        <w:rPr>
          <w:sz w:val="22"/>
          <w:lang w:eastAsia="zh-TW"/>
        </w:rPr>
        <w:t>報到時間：請於當日下午 1 時 20 分前至本校指定地點辦理報到；口試前唱名 3 次未到者，視同棄權。</w:t>
      </w:r>
    </w:p>
    <w:p w14:paraId="2E2233E9" w14:textId="77777777" w:rsidR="00924894" w:rsidRDefault="00000000">
      <w:pPr>
        <w:pStyle w:val="a0"/>
        <w:spacing w:after="40" w:line="269" w:lineRule="auto"/>
        <w:rPr>
          <w:lang w:eastAsia="zh-TW"/>
        </w:rPr>
      </w:pPr>
      <w:r>
        <w:rPr>
          <w:sz w:val="22"/>
          <w:lang w:eastAsia="zh-TW"/>
        </w:rPr>
        <w:t>甄試地點：新北市貢寮區和美國民小學（當日安排試場位置）。</w:t>
      </w:r>
    </w:p>
    <w:p w14:paraId="712E3D18" w14:textId="77777777" w:rsidR="00924894" w:rsidRDefault="00000000">
      <w:pPr>
        <w:pStyle w:val="a0"/>
        <w:spacing w:after="40" w:line="269" w:lineRule="auto"/>
        <w:rPr>
          <w:lang w:eastAsia="zh-TW"/>
        </w:rPr>
      </w:pPr>
      <w:r>
        <w:rPr>
          <w:sz w:val="22"/>
          <w:lang w:eastAsia="zh-TW"/>
        </w:rPr>
        <w:t>請攜帶國民身分證或居留證正本及甄選應試證應試；資格審查未通過者，不得參加口試。</w:t>
      </w:r>
    </w:p>
    <w:p w14:paraId="15EABE8D" w14:textId="77777777" w:rsidR="00924894" w:rsidRDefault="00000000">
      <w:pPr>
        <w:keepNext/>
        <w:spacing w:after="40"/>
        <w:rPr>
          <w:lang w:eastAsia="zh-TW"/>
        </w:rPr>
      </w:pPr>
      <w:r>
        <w:rPr>
          <w:b/>
          <w:sz w:val="24"/>
          <w:lang w:eastAsia="zh-TW"/>
        </w:rPr>
        <w:t>九、甄試方式及成績計算</w:t>
      </w:r>
    </w:p>
    <w:p w14:paraId="699CF239" w14:textId="77777777" w:rsidR="00924894" w:rsidRDefault="00000000">
      <w:pPr>
        <w:pStyle w:val="a0"/>
        <w:spacing w:after="40" w:line="269" w:lineRule="auto"/>
        <w:rPr>
          <w:lang w:eastAsia="zh-TW"/>
        </w:rPr>
      </w:pPr>
      <w:r>
        <w:rPr>
          <w:sz w:val="22"/>
          <w:lang w:eastAsia="zh-TW"/>
        </w:rPr>
        <w:t>口試：每位考生以 10 分鐘為限，成績占 100%。必要時得請考生以越南語進行簡短自我介紹、教材說明或課堂情境回應。</w:t>
      </w:r>
    </w:p>
    <w:p w14:paraId="45056E17" w14:textId="77777777" w:rsidR="00924894" w:rsidRDefault="00000000">
      <w:pPr>
        <w:pStyle w:val="a0"/>
        <w:spacing w:after="40" w:line="269" w:lineRule="auto"/>
        <w:rPr>
          <w:lang w:eastAsia="zh-TW"/>
        </w:rPr>
      </w:pPr>
      <w:r>
        <w:rPr>
          <w:sz w:val="22"/>
          <w:lang w:eastAsia="zh-TW"/>
        </w:rPr>
        <w:t>口試內容依語文專長、教學經驗、課程設計、表達能力、教育理念、服務熱忱、配合學校課務與行政需求等項目評定。</w:t>
      </w:r>
    </w:p>
    <w:p w14:paraId="7C5D4C15" w14:textId="77777777" w:rsidR="00924894" w:rsidRDefault="00000000">
      <w:pPr>
        <w:pStyle w:val="a0"/>
        <w:spacing w:after="40" w:line="269" w:lineRule="auto"/>
        <w:rPr>
          <w:lang w:eastAsia="zh-TW"/>
        </w:rPr>
      </w:pPr>
      <w:r>
        <w:rPr>
          <w:sz w:val="22"/>
          <w:lang w:eastAsia="zh-TW"/>
        </w:rPr>
        <w:t>甄選總成績依總分高低順序錄取；總成績相同時，得依新住民語文教學支援工作人員資格證明、教學年資、相關研習時數、服務成績等綜合評定；仍同分時，由甄選小組抽籤決定。</w:t>
      </w:r>
    </w:p>
    <w:p w14:paraId="223CB8C4" w14:textId="77777777" w:rsidR="00924894" w:rsidRDefault="00000000">
      <w:pPr>
        <w:keepNext/>
        <w:spacing w:after="40"/>
        <w:rPr>
          <w:lang w:eastAsia="zh-TW"/>
        </w:rPr>
      </w:pPr>
      <w:r>
        <w:rPr>
          <w:b/>
          <w:sz w:val="24"/>
          <w:lang w:eastAsia="zh-TW"/>
        </w:rPr>
        <w:t>十、錄取標準、公告及報到</w:t>
      </w:r>
    </w:p>
    <w:p w14:paraId="0E8909B4" w14:textId="77777777" w:rsidR="00924894" w:rsidRDefault="00000000">
      <w:pPr>
        <w:pStyle w:val="a0"/>
        <w:spacing w:after="40" w:line="269" w:lineRule="auto"/>
        <w:rPr>
          <w:lang w:eastAsia="zh-TW"/>
        </w:rPr>
      </w:pPr>
      <w:r>
        <w:rPr>
          <w:sz w:val="22"/>
          <w:lang w:eastAsia="zh-TW"/>
        </w:rPr>
        <w:t>應試成績未達最低錄取標準 70 分者，本校教師評審委員會得決議不予錄取或不足額錄取。</w:t>
      </w:r>
    </w:p>
    <w:p w14:paraId="3A45F158" w14:textId="77777777" w:rsidR="00924894" w:rsidRDefault="00000000">
      <w:pPr>
        <w:pStyle w:val="a0"/>
        <w:spacing w:after="40" w:line="269" w:lineRule="auto"/>
        <w:rPr>
          <w:lang w:eastAsia="zh-TW"/>
        </w:rPr>
      </w:pPr>
      <w:r>
        <w:rPr>
          <w:sz w:val="22"/>
          <w:lang w:eastAsia="zh-TW"/>
        </w:rPr>
        <w:t>錄取名單於甄試當日下午 5 時前公告於本校網站及新北市政府教育局網站，不得以未接獲通知提出任何異議。</w:t>
      </w:r>
    </w:p>
    <w:p w14:paraId="2848843A" w14:textId="77777777" w:rsidR="00924894" w:rsidRDefault="00000000">
      <w:pPr>
        <w:pStyle w:val="a0"/>
        <w:spacing w:after="40" w:line="269" w:lineRule="auto"/>
        <w:rPr>
          <w:lang w:eastAsia="zh-TW"/>
        </w:rPr>
      </w:pPr>
      <w:r>
        <w:rPr>
          <w:sz w:val="22"/>
          <w:lang w:eastAsia="zh-TW"/>
        </w:rPr>
        <w:t>經甄試合格錄取人員，請於公告錄取之次一工作日上午 11 時前，親至本校健康中心洽人事協辦蔡小姐（02-24909431 分機 13）辦理報到及聘約事宜；逾期視同放棄，並由備取人員依序遞補。</w:t>
      </w:r>
    </w:p>
    <w:p w14:paraId="010574F3" w14:textId="77777777" w:rsidR="00924894" w:rsidRDefault="00000000">
      <w:pPr>
        <w:keepNext/>
        <w:spacing w:after="40"/>
      </w:pPr>
      <w:proofErr w:type="spellStart"/>
      <w:r>
        <w:rPr>
          <w:b/>
          <w:sz w:val="24"/>
        </w:rPr>
        <w:t>十一、聘任約定</w:t>
      </w:r>
      <w:proofErr w:type="spellEnd"/>
    </w:p>
    <w:p w14:paraId="49643384" w14:textId="77777777" w:rsidR="00924894" w:rsidRDefault="00000000">
      <w:pPr>
        <w:pStyle w:val="a0"/>
        <w:spacing w:after="40" w:line="269" w:lineRule="auto"/>
        <w:rPr>
          <w:lang w:eastAsia="zh-TW"/>
        </w:rPr>
      </w:pPr>
      <w:r>
        <w:rPr>
          <w:sz w:val="22"/>
          <w:lang w:eastAsia="zh-TW"/>
        </w:rPr>
        <w:t>本項教學支援工作人員受聘期間，應依本校聘約、國民中小學教學支援工作人員聘任辦法及相關法令辦理，期滿應自動解職，不得要求任何補助或留用。</w:t>
      </w:r>
    </w:p>
    <w:p w14:paraId="2419335C" w14:textId="77777777" w:rsidR="00924894" w:rsidRDefault="00000000">
      <w:pPr>
        <w:pStyle w:val="a0"/>
        <w:spacing w:after="40" w:line="269" w:lineRule="auto"/>
        <w:rPr>
          <w:lang w:eastAsia="zh-TW"/>
        </w:rPr>
      </w:pPr>
      <w:r>
        <w:rPr>
          <w:sz w:val="22"/>
          <w:lang w:eastAsia="zh-TW"/>
        </w:rPr>
        <w:t>鐘點費、交通費、勞健保及勞退等相關權益，依教育部及新北市政府教育局當年度核定標準與相關規定辦理，並依實際授課時數支給。</w:t>
      </w:r>
    </w:p>
    <w:p w14:paraId="75D41EA5" w14:textId="77777777" w:rsidR="00924894" w:rsidRDefault="00000000">
      <w:pPr>
        <w:pStyle w:val="a0"/>
        <w:spacing w:after="40" w:line="269" w:lineRule="auto"/>
        <w:rPr>
          <w:lang w:eastAsia="zh-TW"/>
        </w:rPr>
      </w:pPr>
      <w:r>
        <w:rPr>
          <w:sz w:val="22"/>
          <w:lang w:eastAsia="zh-TW"/>
        </w:rPr>
        <w:lastRenderedPageBreak/>
        <w:t>聘用期間每次最長為一學年；服務成績優良且學校仍有課務需求者，經本校教師評審委員會審查通過，得依規定免甄選續聘。</w:t>
      </w:r>
    </w:p>
    <w:p w14:paraId="65A8920E" w14:textId="77777777" w:rsidR="00924894" w:rsidRDefault="00000000">
      <w:pPr>
        <w:pStyle w:val="a0"/>
        <w:spacing w:after="40" w:line="269" w:lineRule="auto"/>
        <w:rPr>
          <w:lang w:eastAsia="zh-TW"/>
        </w:rPr>
      </w:pPr>
      <w:r>
        <w:rPr>
          <w:sz w:val="22"/>
          <w:lang w:eastAsia="zh-TW"/>
        </w:rPr>
        <w:t>於聘任期間無年終獎金、休假等福利；其他未盡權利義務事項，依相關法令及聘約辦理。</w:t>
      </w:r>
    </w:p>
    <w:p w14:paraId="0EF81581" w14:textId="77777777" w:rsidR="00924894" w:rsidRDefault="00000000">
      <w:pPr>
        <w:pStyle w:val="a0"/>
        <w:spacing w:after="40" w:line="269" w:lineRule="auto"/>
        <w:rPr>
          <w:lang w:eastAsia="zh-TW"/>
        </w:rPr>
      </w:pPr>
      <w:r>
        <w:rPr>
          <w:sz w:val="22"/>
          <w:lang w:eastAsia="zh-TW"/>
        </w:rPr>
        <w:t>教學支援工作人員應遵守聘約規定、維護校譽、維護學生受教權益、依學校安排之課程實施教學活動，並不得洩漏學生個人或家庭資料。</w:t>
      </w:r>
    </w:p>
    <w:p w14:paraId="5E5DB759" w14:textId="77777777" w:rsidR="00924894" w:rsidRDefault="00000000">
      <w:pPr>
        <w:keepNext/>
        <w:spacing w:after="40"/>
      </w:pPr>
      <w:proofErr w:type="spellStart"/>
      <w:r>
        <w:rPr>
          <w:b/>
          <w:sz w:val="24"/>
        </w:rPr>
        <w:t>十二、其他事項</w:t>
      </w:r>
      <w:proofErr w:type="spellEnd"/>
    </w:p>
    <w:p w14:paraId="4C4FC818" w14:textId="77777777" w:rsidR="00924894" w:rsidRDefault="00000000">
      <w:pPr>
        <w:pStyle w:val="a0"/>
        <w:spacing w:after="40" w:line="269" w:lineRule="auto"/>
        <w:rPr>
          <w:lang w:eastAsia="zh-TW"/>
        </w:rPr>
      </w:pPr>
      <w:r>
        <w:rPr>
          <w:sz w:val="22"/>
          <w:lang w:eastAsia="zh-TW"/>
        </w:rPr>
        <w:t>如遇天然災害或不可抗力因素，致上述報名或甄選日程需變更時，將公告於本校網站或新北市政府教育局網站，不另行通知。</w:t>
      </w:r>
    </w:p>
    <w:p w14:paraId="2BBC16BD" w14:textId="77777777" w:rsidR="00924894" w:rsidRDefault="00000000">
      <w:pPr>
        <w:pStyle w:val="a0"/>
        <w:spacing w:after="40" w:line="269" w:lineRule="auto"/>
        <w:rPr>
          <w:lang w:eastAsia="zh-TW"/>
        </w:rPr>
      </w:pPr>
      <w:r>
        <w:rPr>
          <w:sz w:val="22"/>
          <w:lang w:eastAsia="zh-TW"/>
        </w:rPr>
        <w:t>本簡章經本校教師評審委員會議通過並經校長核定後實施，未盡事宜悉依相關法令及本校教師評審委員會決議辦理，並得補充修正之。</w:t>
      </w:r>
    </w:p>
    <w:p w14:paraId="69C11837" w14:textId="77777777" w:rsidR="00924894" w:rsidRDefault="00000000">
      <w:pPr>
        <w:pStyle w:val="a0"/>
        <w:spacing w:after="40" w:line="269" w:lineRule="auto"/>
        <w:rPr>
          <w:lang w:eastAsia="zh-TW"/>
        </w:rPr>
      </w:pPr>
      <w:r>
        <w:rPr>
          <w:sz w:val="22"/>
          <w:lang w:eastAsia="zh-TW"/>
        </w:rPr>
        <w:t>本報名表所蒐集之個人資料，將依個人資料保護法規定，僅供本校 115 學年度新住民語文（越南語）教學支援工作人員甄選目的使用，不作其他用途。</w:t>
      </w:r>
    </w:p>
    <w:p w14:paraId="2FCAE1BB" w14:textId="77777777" w:rsidR="00924894" w:rsidRDefault="00000000">
      <w:pPr>
        <w:pStyle w:val="a0"/>
        <w:spacing w:after="40" w:line="269" w:lineRule="auto"/>
        <w:rPr>
          <w:lang w:eastAsia="zh-TW"/>
        </w:rPr>
      </w:pPr>
      <w:r>
        <w:rPr>
          <w:sz w:val="22"/>
          <w:lang w:eastAsia="zh-TW"/>
        </w:rPr>
        <w:t>甄試相關問題查詢及申訴方式：教務處蔡主任，02-24909431 分機 11；人事室徐主任，02-24979858 分機 57。</w:t>
      </w:r>
    </w:p>
    <w:p w14:paraId="15427E0E" w14:textId="77777777" w:rsidR="00924894" w:rsidRDefault="00000000">
      <w:pPr>
        <w:rPr>
          <w:lang w:eastAsia="zh-TW"/>
        </w:rPr>
      </w:pPr>
      <w:r>
        <w:rPr>
          <w:lang w:eastAsia="zh-TW"/>
        </w:rPr>
        <w:br w:type="page"/>
      </w:r>
    </w:p>
    <w:p w14:paraId="0D400FB3" w14:textId="3C037B92" w:rsidR="00D93618" w:rsidRDefault="00D93618" w:rsidP="00D93618">
      <w:pPr>
        <w:jc w:val="center"/>
        <w:outlineLvl w:val="0"/>
        <w:rPr>
          <w:rFonts w:ascii="標楷體" w:eastAsia="標楷體"/>
          <w:sz w:val="16"/>
          <w:szCs w:val="16"/>
          <w:lang w:eastAsia="zh-TW"/>
        </w:rPr>
      </w:pPr>
      <w:r>
        <w:rPr>
          <w:rFonts w:ascii="PMingLiU" w:eastAsia="PMingLiU" w:hAnsi="PMingLiU" w:cs="PMingLiU" w:hint="eastAsia"/>
          <w:b/>
          <w:sz w:val="28"/>
          <w:lang w:eastAsia="zh-TW"/>
        </w:rPr>
        <w:lastRenderedPageBreak/>
        <w:t>新北市貢寮區和美國民小學</w:t>
      </w:r>
      <w:r>
        <w:rPr>
          <w:b/>
          <w:sz w:val="28"/>
          <w:lang w:eastAsia="zh-TW"/>
        </w:rPr>
        <w:t xml:space="preserve"> 115 </w:t>
      </w:r>
      <w:r>
        <w:rPr>
          <w:rFonts w:ascii="PMingLiU" w:eastAsia="PMingLiU" w:hAnsi="PMingLiU" w:cs="PMingLiU" w:hint="eastAsia"/>
          <w:b/>
          <w:sz w:val="28"/>
          <w:lang w:eastAsia="zh-TW"/>
        </w:rPr>
        <w:t>學年度新住民語文（越南語）</w:t>
      </w:r>
      <w:r>
        <w:rPr>
          <w:b/>
          <w:sz w:val="28"/>
          <w:lang w:eastAsia="zh-TW"/>
        </w:rPr>
        <w:br/>
      </w:r>
      <w:r>
        <w:rPr>
          <w:rFonts w:ascii="PMingLiU" w:eastAsia="PMingLiU" w:hAnsi="PMingLiU" w:cs="PMingLiU"/>
          <w:b/>
          <w:sz w:val="28"/>
          <w:lang w:eastAsia="zh-TW"/>
        </w:rPr>
        <w:t xml:space="preserve">                                         </w:t>
      </w:r>
      <w:r>
        <w:rPr>
          <w:rFonts w:ascii="PMingLiU" w:eastAsia="PMingLiU" w:hAnsi="PMingLiU" w:cs="PMingLiU" w:hint="eastAsia"/>
          <w:b/>
          <w:sz w:val="28"/>
          <w:lang w:eastAsia="zh-TW"/>
        </w:rPr>
        <w:t>教學支援工作人員甄選報名表</w:t>
      </w:r>
      <w:r>
        <w:rPr>
          <w:rFonts w:ascii="PMingLiU" w:eastAsia="PMingLiU" w:hAnsi="PMingLiU" w:cs="PMingLiU"/>
          <w:b/>
          <w:sz w:val="28"/>
          <w:lang w:eastAsia="zh-TW"/>
        </w:rPr>
        <w:t xml:space="preserve">            </w:t>
      </w:r>
      <w:r w:rsidRPr="00F35CB8">
        <w:rPr>
          <w:rFonts w:ascii="標楷體" w:eastAsia="標楷體" w:hAnsi="標楷體" w:hint="eastAsia"/>
          <w:szCs w:val="20"/>
          <w:lang w:eastAsia="zh-TW"/>
        </w:rPr>
        <w:t>編號：</w:t>
      </w:r>
      <w:r>
        <w:rPr>
          <w:rFonts w:ascii="標楷體" w:eastAsia="標楷體" w:hAnsi="標楷體" w:hint="eastAsia"/>
          <w:szCs w:val="20"/>
          <w:lang w:eastAsia="zh-TW"/>
        </w:rPr>
        <w:t>（    ）</w:t>
      </w:r>
      <w:r w:rsidRPr="008705CA">
        <w:rPr>
          <w:rFonts w:ascii="標楷體" w:eastAsia="標楷體" w:hint="eastAsia"/>
          <w:sz w:val="16"/>
          <w:szCs w:val="16"/>
          <w:lang w:eastAsia="zh-TW"/>
        </w:rPr>
        <w:t>（由甄選學校填寫）</w:t>
      </w:r>
    </w:p>
    <w:tbl>
      <w:tblPr>
        <w:tblW w:w="10234"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503"/>
        <w:gridCol w:w="423"/>
        <w:gridCol w:w="1276"/>
        <w:gridCol w:w="1228"/>
        <w:gridCol w:w="133"/>
        <w:gridCol w:w="1461"/>
        <w:gridCol w:w="357"/>
        <w:gridCol w:w="352"/>
        <w:gridCol w:w="1305"/>
        <w:gridCol w:w="205"/>
        <w:gridCol w:w="593"/>
        <w:gridCol w:w="154"/>
        <w:gridCol w:w="354"/>
        <w:gridCol w:w="338"/>
        <w:gridCol w:w="706"/>
        <w:gridCol w:w="846"/>
      </w:tblGrid>
      <w:tr w:rsidR="00D93618" w:rsidRPr="00F35CB8" w14:paraId="389968BA" w14:textId="77777777" w:rsidTr="007636B5">
        <w:trPr>
          <w:trHeight w:val="680"/>
        </w:trPr>
        <w:tc>
          <w:tcPr>
            <w:tcW w:w="10234" w:type="dxa"/>
            <w:gridSpan w:val="16"/>
            <w:tcBorders>
              <w:top w:val="single" w:sz="4" w:space="0" w:color="auto"/>
              <w:left w:val="single" w:sz="4" w:space="0" w:color="auto"/>
              <w:bottom w:val="single" w:sz="4" w:space="0" w:color="auto"/>
              <w:right w:val="single" w:sz="4" w:space="0" w:color="auto"/>
            </w:tcBorders>
            <w:vAlign w:val="center"/>
          </w:tcPr>
          <w:p w14:paraId="6DA6F1DC" w14:textId="77777777" w:rsidR="00D93618" w:rsidRPr="00F35CB8" w:rsidRDefault="00D93618" w:rsidP="007636B5">
            <w:pPr>
              <w:adjustRightInd w:val="0"/>
              <w:snapToGrid w:val="0"/>
              <w:jc w:val="center"/>
              <w:rPr>
                <w:rFonts w:ascii="標楷體" w:eastAsia="標楷體" w:hAnsi="標楷體"/>
                <w:szCs w:val="20"/>
              </w:rPr>
            </w:pPr>
            <w:proofErr w:type="spellStart"/>
            <w:r w:rsidRPr="00293C6A">
              <w:rPr>
                <w:rFonts w:ascii="標楷體" w:eastAsia="標楷體" w:hAnsi="標楷體" w:hint="eastAsia"/>
                <w:b/>
                <w:szCs w:val="20"/>
              </w:rPr>
              <w:t>個人基本資料</w:t>
            </w:r>
            <w:proofErr w:type="spellEnd"/>
          </w:p>
        </w:tc>
      </w:tr>
      <w:tr w:rsidR="00D93618" w:rsidRPr="00F35CB8" w14:paraId="38E0A735" w14:textId="77777777" w:rsidTr="00D93618">
        <w:trPr>
          <w:trHeight w:val="680"/>
        </w:trPr>
        <w:tc>
          <w:tcPr>
            <w:tcW w:w="2202" w:type="dxa"/>
            <w:gridSpan w:val="3"/>
            <w:vMerge w:val="restart"/>
            <w:tcBorders>
              <w:top w:val="single" w:sz="4" w:space="0" w:color="auto"/>
              <w:left w:val="single" w:sz="4" w:space="0" w:color="auto"/>
              <w:bottom w:val="single" w:sz="4" w:space="0" w:color="auto"/>
              <w:right w:val="single" w:sz="4" w:space="0" w:color="auto"/>
            </w:tcBorders>
            <w:vAlign w:val="center"/>
          </w:tcPr>
          <w:p w14:paraId="70537F4F" w14:textId="77777777" w:rsidR="00D93618" w:rsidRPr="006A51E1" w:rsidRDefault="00D93618" w:rsidP="007636B5">
            <w:pPr>
              <w:jc w:val="center"/>
              <w:rPr>
                <w:rFonts w:ascii="標楷體" w:eastAsia="標楷體" w:hAnsi="標楷體" w:hint="eastAsia"/>
                <w:sz w:val="26"/>
                <w:szCs w:val="26"/>
                <w:lang w:eastAsia="zh-TW"/>
              </w:rPr>
            </w:pPr>
            <w:r w:rsidRPr="006A51E1">
              <w:rPr>
                <w:rFonts w:ascii="標楷體" w:eastAsia="標楷體" w:hAnsi="標楷體" w:hint="eastAsia"/>
                <w:sz w:val="26"/>
                <w:szCs w:val="26"/>
                <w:lang w:eastAsia="zh-TW"/>
              </w:rPr>
              <w:t>自貼最近三個月內</w:t>
            </w:r>
          </w:p>
          <w:p w14:paraId="4E47EE70" w14:textId="77777777" w:rsidR="00D93618" w:rsidRPr="006A51E1" w:rsidRDefault="00D93618" w:rsidP="007636B5">
            <w:pPr>
              <w:jc w:val="center"/>
              <w:rPr>
                <w:rFonts w:ascii="標楷體" w:eastAsia="標楷體" w:hAnsi="標楷體" w:hint="eastAsia"/>
                <w:sz w:val="26"/>
                <w:szCs w:val="26"/>
                <w:lang w:eastAsia="zh-TW"/>
              </w:rPr>
            </w:pPr>
            <w:r w:rsidRPr="006A51E1">
              <w:rPr>
                <w:rFonts w:ascii="標楷體" w:eastAsia="標楷體" w:hAnsi="標楷體" w:hint="eastAsia"/>
                <w:sz w:val="26"/>
                <w:szCs w:val="26"/>
                <w:lang w:eastAsia="zh-TW"/>
              </w:rPr>
              <w:t>脫帽正面半身</w:t>
            </w:r>
          </w:p>
          <w:p w14:paraId="38931861" w14:textId="77777777" w:rsidR="00D93618" w:rsidRPr="00F35CB8" w:rsidRDefault="00D93618" w:rsidP="007636B5">
            <w:pPr>
              <w:adjustRightInd w:val="0"/>
              <w:snapToGrid w:val="0"/>
              <w:spacing w:line="240" w:lineRule="atLeast"/>
              <w:ind w:left="113" w:right="113"/>
              <w:jc w:val="center"/>
              <w:rPr>
                <w:rFonts w:ascii="標楷體" w:eastAsia="標楷體" w:hAnsi="標楷體" w:hint="eastAsia"/>
                <w:sz w:val="30"/>
                <w:szCs w:val="20"/>
              </w:rPr>
            </w:pPr>
            <w:r w:rsidRPr="006A51E1">
              <w:rPr>
                <w:rFonts w:ascii="標楷體" w:eastAsia="標楷體" w:hAnsi="標楷體" w:hint="eastAsia"/>
                <w:sz w:val="26"/>
                <w:szCs w:val="26"/>
              </w:rPr>
              <w:t>2吋照片</w:t>
            </w:r>
          </w:p>
        </w:tc>
        <w:tc>
          <w:tcPr>
            <w:tcW w:w="1228" w:type="dxa"/>
            <w:tcBorders>
              <w:top w:val="single" w:sz="4" w:space="0" w:color="auto"/>
              <w:left w:val="single" w:sz="4" w:space="0" w:color="auto"/>
              <w:bottom w:val="single" w:sz="4" w:space="0" w:color="auto"/>
              <w:right w:val="single" w:sz="4" w:space="0" w:color="auto"/>
            </w:tcBorders>
            <w:vAlign w:val="center"/>
          </w:tcPr>
          <w:p w14:paraId="7E1B04F8" w14:textId="77777777" w:rsidR="00D93618" w:rsidRPr="00F35CB8" w:rsidRDefault="00D93618" w:rsidP="007636B5">
            <w:pPr>
              <w:adjustRightInd w:val="0"/>
              <w:snapToGrid w:val="0"/>
              <w:jc w:val="distribute"/>
              <w:rPr>
                <w:rFonts w:ascii="標楷體" w:eastAsia="標楷體" w:hAnsi="標楷體"/>
                <w:szCs w:val="20"/>
              </w:rPr>
            </w:pPr>
            <w:proofErr w:type="spellStart"/>
            <w:r w:rsidRPr="00F35CB8">
              <w:rPr>
                <w:rFonts w:ascii="標楷體" w:eastAsia="標楷體" w:hAnsi="標楷體" w:hint="eastAsia"/>
                <w:szCs w:val="20"/>
              </w:rPr>
              <w:t>姓名</w:t>
            </w:r>
            <w:proofErr w:type="spellEnd"/>
          </w:p>
        </w:tc>
        <w:tc>
          <w:tcPr>
            <w:tcW w:w="1594" w:type="dxa"/>
            <w:gridSpan w:val="2"/>
            <w:tcBorders>
              <w:top w:val="single" w:sz="4" w:space="0" w:color="auto"/>
              <w:left w:val="single" w:sz="4" w:space="0" w:color="auto"/>
              <w:bottom w:val="single" w:sz="4" w:space="0" w:color="auto"/>
              <w:right w:val="single" w:sz="4" w:space="0" w:color="auto"/>
            </w:tcBorders>
            <w:vAlign w:val="center"/>
          </w:tcPr>
          <w:p w14:paraId="6D9AA616"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0E28DE8" w14:textId="77777777" w:rsidR="00D93618" w:rsidRPr="00F35CB8" w:rsidRDefault="00D93618" w:rsidP="007636B5">
            <w:pPr>
              <w:adjustRightInd w:val="0"/>
              <w:snapToGrid w:val="0"/>
              <w:jc w:val="both"/>
              <w:rPr>
                <w:rFonts w:ascii="標楷體" w:eastAsia="標楷體" w:hAnsi="標楷體"/>
                <w:szCs w:val="20"/>
              </w:rPr>
            </w:pPr>
            <w:proofErr w:type="spellStart"/>
            <w:r>
              <w:rPr>
                <w:rFonts w:ascii="標楷體" w:eastAsia="標楷體" w:hAnsi="標楷體" w:hint="eastAsia"/>
                <w:szCs w:val="20"/>
              </w:rPr>
              <w:t>性別</w:t>
            </w:r>
            <w:proofErr w:type="spellEnd"/>
          </w:p>
        </w:tc>
        <w:tc>
          <w:tcPr>
            <w:tcW w:w="1510" w:type="dxa"/>
            <w:gridSpan w:val="2"/>
            <w:tcBorders>
              <w:top w:val="single" w:sz="4" w:space="0" w:color="auto"/>
              <w:left w:val="single" w:sz="4" w:space="0" w:color="auto"/>
              <w:bottom w:val="single" w:sz="4" w:space="0" w:color="auto"/>
              <w:right w:val="single" w:sz="4" w:space="0" w:color="auto"/>
            </w:tcBorders>
            <w:vAlign w:val="center"/>
          </w:tcPr>
          <w:p w14:paraId="6E6AD71E" w14:textId="77777777" w:rsidR="00D93618" w:rsidRPr="00F35CB8" w:rsidRDefault="00D93618" w:rsidP="007636B5">
            <w:pPr>
              <w:adjustRightInd w:val="0"/>
              <w:snapToGrid w:val="0"/>
              <w:jc w:val="distribute"/>
              <w:rPr>
                <w:rFonts w:ascii="標楷體" w:eastAsia="標楷體" w:hAnsi="標楷體"/>
                <w:szCs w:val="20"/>
              </w:rPr>
            </w:pPr>
          </w:p>
        </w:tc>
        <w:tc>
          <w:tcPr>
            <w:tcW w:w="1101" w:type="dxa"/>
            <w:gridSpan w:val="3"/>
            <w:tcBorders>
              <w:top w:val="single" w:sz="4" w:space="0" w:color="auto"/>
              <w:left w:val="single" w:sz="4" w:space="0" w:color="auto"/>
              <w:bottom w:val="single" w:sz="4" w:space="0" w:color="auto"/>
              <w:right w:val="single" w:sz="4" w:space="0" w:color="auto"/>
            </w:tcBorders>
            <w:vAlign w:val="center"/>
          </w:tcPr>
          <w:p w14:paraId="13CB91F0" w14:textId="77777777" w:rsidR="00D93618" w:rsidRPr="00F35CB8" w:rsidRDefault="00D93618" w:rsidP="007636B5">
            <w:pPr>
              <w:adjustRightInd w:val="0"/>
              <w:snapToGrid w:val="0"/>
              <w:jc w:val="distribute"/>
              <w:rPr>
                <w:rFonts w:ascii="標楷體" w:eastAsia="標楷體" w:hAnsi="標楷體"/>
                <w:szCs w:val="20"/>
              </w:rPr>
            </w:pPr>
            <w:proofErr w:type="spellStart"/>
            <w:r w:rsidRPr="00F35CB8">
              <w:rPr>
                <w:rFonts w:ascii="標楷體" w:eastAsia="標楷體" w:hAnsi="標楷體" w:hint="eastAsia"/>
                <w:szCs w:val="20"/>
              </w:rPr>
              <w:t>出生日期</w:t>
            </w:r>
            <w:proofErr w:type="spellEnd"/>
          </w:p>
        </w:tc>
        <w:tc>
          <w:tcPr>
            <w:tcW w:w="1890" w:type="dxa"/>
            <w:gridSpan w:val="3"/>
            <w:tcBorders>
              <w:top w:val="single" w:sz="4" w:space="0" w:color="auto"/>
              <w:left w:val="single" w:sz="4" w:space="0" w:color="auto"/>
              <w:bottom w:val="single" w:sz="4" w:space="0" w:color="auto"/>
              <w:right w:val="single" w:sz="4" w:space="0" w:color="auto"/>
            </w:tcBorders>
            <w:vAlign w:val="center"/>
          </w:tcPr>
          <w:p w14:paraId="03AA5738" w14:textId="77777777" w:rsidR="00D93618" w:rsidRPr="00F35CB8" w:rsidRDefault="00D93618" w:rsidP="007636B5">
            <w:pPr>
              <w:adjustRightInd w:val="0"/>
              <w:snapToGrid w:val="0"/>
              <w:jc w:val="distribute"/>
              <w:rPr>
                <w:rFonts w:ascii="標楷體" w:eastAsia="標楷體" w:hAnsi="標楷體"/>
                <w:szCs w:val="20"/>
              </w:rPr>
            </w:pPr>
            <w:r w:rsidRPr="00F35CB8">
              <w:rPr>
                <w:rFonts w:ascii="標楷體" w:eastAsia="標楷體" w:hAnsi="標楷體" w:hint="eastAsia"/>
                <w:szCs w:val="20"/>
              </w:rPr>
              <w:t xml:space="preserve">     </w:t>
            </w:r>
          </w:p>
        </w:tc>
      </w:tr>
      <w:tr w:rsidR="00D93618" w:rsidRPr="00F35CB8" w14:paraId="0498C6D1" w14:textId="77777777" w:rsidTr="00D93618">
        <w:trPr>
          <w:trHeight w:val="680"/>
        </w:trPr>
        <w:tc>
          <w:tcPr>
            <w:tcW w:w="2202" w:type="dxa"/>
            <w:gridSpan w:val="3"/>
            <w:vMerge/>
            <w:tcBorders>
              <w:top w:val="single" w:sz="4" w:space="0" w:color="auto"/>
              <w:left w:val="single" w:sz="4" w:space="0" w:color="auto"/>
              <w:bottom w:val="single" w:sz="4" w:space="0" w:color="auto"/>
              <w:right w:val="single" w:sz="4" w:space="0" w:color="auto"/>
            </w:tcBorders>
            <w:vAlign w:val="center"/>
          </w:tcPr>
          <w:p w14:paraId="1D7B6802" w14:textId="77777777" w:rsidR="00D93618" w:rsidRPr="00F35CB8" w:rsidRDefault="00D93618" w:rsidP="007636B5">
            <w:pPr>
              <w:rPr>
                <w:rFonts w:ascii="標楷體" w:eastAsia="標楷體" w:hAnsi="標楷體"/>
                <w:sz w:val="30"/>
                <w:szCs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2251E0B5" w14:textId="77777777" w:rsidR="00D93618" w:rsidRPr="00F35CB8" w:rsidRDefault="00D93618" w:rsidP="007636B5">
            <w:pPr>
              <w:adjustRightInd w:val="0"/>
              <w:snapToGrid w:val="0"/>
              <w:jc w:val="distribute"/>
              <w:rPr>
                <w:rFonts w:ascii="標楷體" w:eastAsia="標楷體" w:hAnsi="標楷體"/>
                <w:szCs w:val="20"/>
              </w:rPr>
            </w:pPr>
            <w:proofErr w:type="spellStart"/>
            <w:r>
              <w:rPr>
                <w:rFonts w:ascii="標楷體" w:eastAsia="標楷體" w:hAnsi="標楷體" w:hint="eastAsia"/>
                <w:szCs w:val="20"/>
              </w:rPr>
              <w:t>族</w:t>
            </w:r>
            <w:r w:rsidRPr="00F35CB8">
              <w:rPr>
                <w:rFonts w:ascii="標楷體" w:eastAsia="標楷體" w:hAnsi="標楷體" w:hint="eastAsia"/>
                <w:szCs w:val="20"/>
              </w:rPr>
              <w:t>別</w:t>
            </w:r>
            <w:proofErr w:type="spellEnd"/>
          </w:p>
        </w:tc>
        <w:tc>
          <w:tcPr>
            <w:tcW w:w="2303" w:type="dxa"/>
            <w:gridSpan w:val="4"/>
            <w:tcBorders>
              <w:top w:val="single" w:sz="4" w:space="0" w:color="auto"/>
              <w:left w:val="single" w:sz="4" w:space="0" w:color="auto"/>
              <w:bottom w:val="single" w:sz="4" w:space="0" w:color="auto"/>
              <w:right w:val="single" w:sz="4" w:space="0" w:color="auto"/>
            </w:tcBorders>
            <w:vAlign w:val="center"/>
          </w:tcPr>
          <w:p w14:paraId="3A263A46"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c>
          <w:tcPr>
            <w:tcW w:w="1510" w:type="dxa"/>
            <w:gridSpan w:val="2"/>
            <w:tcBorders>
              <w:top w:val="single" w:sz="4" w:space="0" w:color="auto"/>
              <w:left w:val="single" w:sz="4" w:space="0" w:color="auto"/>
              <w:bottom w:val="single" w:sz="4" w:space="0" w:color="auto"/>
              <w:right w:val="single" w:sz="4" w:space="0" w:color="auto"/>
            </w:tcBorders>
            <w:vAlign w:val="center"/>
          </w:tcPr>
          <w:p w14:paraId="679663F2" w14:textId="77777777" w:rsidR="00D93618" w:rsidRPr="00F35CB8" w:rsidRDefault="00D93618" w:rsidP="007636B5">
            <w:pPr>
              <w:adjustRightInd w:val="0"/>
              <w:snapToGrid w:val="0"/>
              <w:jc w:val="distribute"/>
              <w:rPr>
                <w:rFonts w:ascii="標楷體" w:eastAsia="標楷體" w:hAnsi="標楷體"/>
                <w:szCs w:val="20"/>
              </w:rPr>
            </w:pPr>
            <w:proofErr w:type="spellStart"/>
            <w:r w:rsidRPr="00F35CB8">
              <w:rPr>
                <w:rFonts w:ascii="標楷體" w:eastAsia="標楷體" w:hAnsi="標楷體" w:hint="eastAsia"/>
                <w:szCs w:val="20"/>
              </w:rPr>
              <w:t>身分證號</w:t>
            </w:r>
            <w:proofErr w:type="spellEnd"/>
          </w:p>
        </w:tc>
        <w:tc>
          <w:tcPr>
            <w:tcW w:w="2991" w:type="dxa"/>
            <w:gridSpan w:val="6"/>
            <w:tcBorders>
              <w:top w:val="single" w:sz="4" w:space="0" w:color="auto"/>
              <w:left w:val="single" w:sz="4" w:space="0" w:color="auto"/>
              <w:bottom w:val="single" w:sz="4" w:space="0" w:color="auto"/>
              <w:right w:val="single" w:sz="4" w:space="0" w:color="auto"/>
            </w:tcBorders>
            <w:vAlign w:val="center"/>
          </w:tcPr>
          <w:p w14:paraId="0F8536EC"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r>
      <w:tr w:rsidR="00D93618" w:rsidRPr="006C4957" w14:paraId="13FB47B4" w14:textId="77777777" w:rsidTr="00D93618">
        <w:trPr>
          <w:trHeight w:val="738"/>
        </w:trPr>
        <w:tc>
          <w:tcPr>
            <w:tcW w:w="2202" w:type="dxa"/>
            <w:gridSpan w:val="3"/>
            <w:vMerge/>
            <w:tcBorders>
              <w:top w:val="single" w:sz="4" w:space="0" w:color="auto"/>
              <w:left w:val="single" w:sz="4" w:space="0" w:color="auto"/>
              <w:bottom w:val="single" w:sz="4" w:space="0" w:color="auto"/>
              <w:right w:val="single" w:sz="4" w:space="0" w:color="auto"/>
            </w:tcBorders>
            <w:vAlign w:val="center"/>
          </w:tcPr>
          <w:p w14:paraId="740FF38C" w14:textId="77777777" w:rsidR="00D93618" w:rsidRPr="00F35CB8" w:rsidRDefault="00D93618" w:rsidP="007636B5">
            <w:pPr>
              <w:rPr>
                <w:rFonts w:ascii="標楷體" w:eastAsia="標楷體" w:hAnsi="標楷體"/>
                <w:sz w:val="30"/>
                <w:szCs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22FF47D5" w14:textId="77777777" w:rsidR="00D93618" w:rsidRPr="00F35CB8" w:rsidRDefault="00D93618" w:rsidP="007636B5">
            <w:pPr>
              <w:adjustRightInd w:val="0"/>
              <w:snapToGrid w:val="0"/>
              <w:jc w:val="distribute"/>
              <w:rPr>
                <w:rFonts w:ascii="標楷體" w:eastAsia="標楷體" w:hAnsi="標楷體"/>
                <w:szCs w:val="20"/>
              </w:rPr>
            </w:pPr>
            <w:proofErr w:type="spellStart"/>
            <w:r>
              <w:rPr>
                <w:rFonts w:ascii="標楷體" w:eastAsia="標楷體" w:hAnsi="標楷體" w:hint="eastAsia"/>
                <w:szCs w:val="20"/>
              </w:rPr>
              <w:t>最高</w:t>
            </w:r>
            <w:r w:rsidRPr="00F35CB8">
              <w:rPr>
                <w:rFonts w:ascii="標楷體" w:eastAsia="標楷體" w:hAnsi="標楷體" w:hint="eastAsia"/>
                <w:szCs w:val="20"/>
              </w:rPr>
              <w:t>學歷</w:t>
            </w:r>
            <w:proofErr w:type="spellEnd"/>
          </w:p>
        </w:tc>
        <w:tc>
          <w:tcPr>
            <w:tcW w:w="2303" w:type="dxa"/>
            <w:gridSpan w:val="4"/>
            <w:tcBorders>
              <w:top w:val="single" w:sz="4" w:space="0" w:color="auto"/>
              <w:left w:val="single" w:sz="4" w:space="0" w:color="auto"/>
              <w:bottom w:val="single" w:sz="4" w:space="0" w:color="auto"/>
              <w:right w:val="single" w:sz="4" w:space="0" w:color="auto"/>
            </w:tcBorders>
            <w:vAlign w:val="center"/>
          </w:tcPr>
          <w:p w14:paraId="36738787" w14:textId="77777777" w:rsidR="00D93618" w:rsidRDefault="00D93618" w:rsidP="007636B5">
            <w:pPr>
              <w:adjustRightInd w:val="0"/>
              <w:snapToGrid w:val="0"/>
              <w:jc w:val="both"/>
              <w:rPr>
                <w:rFonts w:ascii="標楷體" w:eastAsia="標楷體" w:hAnsi="標楷體" w:hint="eastAsia"/>
                <w:szCs w:val="20"/>
                <w:lang w:eastAsia="zh-TW"/>
              </w:rPr>
            </w:pPr>
            <w:r>
              <w:rPr>
                <w:rFonts w:ascii="標楷體" w:eastAsia="標楷體" w:hAnsi="標楷體" w:hint="eastAsia"/>
                <w:szCs w:val="20"/>
                <w:lang w:eastAsia="zh-TW"/>
              </w:rPr>
              <w:t>□國小 □國中 □高中</w:t>
            </w:r>
          </w:p>
          <w:p w14:paraId="09231505" w14:textId="77777777" w:rsidR="00D93618" w:rsidRPr="006C4957" w:rsidRDefault="00D93618" w:rsidP="007636B5">
            <w:pPr>
              <w:adjustRightInd w:val="0"/>
              <w:snapToGrid w:val="0"/>
              <w:jc w:val="both"/>
              <w:rPr>
                <w:rFonts w:ascii="標楷體" w:eastAsia="標楷體" w:hAnsi="標楷體" w:hint="eastAsia"/>
                <w:szCs w:val="20"/>
                <w:lang w:eastAsia="zh-TW"/>
              </w:rPr>
            </w:pPr>
            <w:r>
              <w:rPr>
                <w:rFonts w:ascii="標楷體" w:eastAsia="標楷體" w:hAnsi="標楷體" w:hint="eastAsia"/>
                <w:szCs w:val="20"/>
                <w:lang w:eastAsia="zh-TW"/>
              </w:rPr>
              <w:t>□大專以上</w:t>
            </w:r>
          </w:p>
        </w:tc>
        <w:tc>
          <w:tcPr>
            <w:tcW w:w="1510" w:type="dxa"/>
            <w:gridSpan w:val="2"/>
            <w:tcBorders>
              <w:top w:val="single" w:sz="4" w:space="0" w:color="auto"/>
              <w:left w:val="single" w:sz="4" w:space="0" w:color="auto"/>
              <w:bottom w:val="single" w:sz="4" w:space="0" w:color="auto"/>
              <w:right w:val="single" w:sz="4" w:space="0" w:color="auto"/>
            </w:tcBorders>
            <w:vAlign w:val="center"/>
          </w:tcPr>
          <w:p w14:paraId="21EA2587" w14:textId="77777777" w:rsidR="00D93618" w:rsidRDefault="00D93618" w:rsidP="007636B5">
            <w:pPr>
              <w:adjustRightInd w:val="0"/>
              <w:snapToGrid w:val="0"/>
              <w:jc w:val="distribute"/>
              <w:rPr>
                <w:rFonts w:ascii="標楷體" w:eastAsia="標楷體" w:hAnsi="標楷體" w:hint="eastAsia"/>
                <w:szCs w:val="20"/>
              </w:rPr>
            </w:pPr>
            <w:proofErr w:type="spellStart"/>
            <w:r>
              <w:rPr>
                <w:rFonts w:ascii="標楷體" w:eastAsia="標楷體" w:hAnsi="標楷體" w:hint="eastAsia"/>
                <w:szCs w:val="20"/>
              </w:rPr>
              <w:t>現任</w:t>
            </w:r>
            <w:proofErr w:type="spellEnd"/>
          </w:p>
          <w:p w14:paraId="2EAE752D" w14:textId="77777777" w:rsidR="00D93618" w:rsidRPr="00F35CB8" w:rsidRDefault="00D93618" w:rsidP="007636B5">
            <w:pPr>
              <w:adjustRightInd w:val="0"/>
              <w:snapToGrid w:val="0"/>
              <w:jc w:val="distribute"/>
              <w:rPr>
                <w:rFonts w:ascii="標楷體" w:eastAsia="標楷體" w:hAnsi="標楷體"/>
                <w:szCs w:val="20"/>
              </w:rPr>
            </w:pPr>
            <w:proofErr w:type="spellStart"/>
            <w:r>
              <w:rPr>
                <w:rFonts w:ascii="標楷體" w:eastAsia="標楷體" w:hAnsi="標楷體" w:hint="eastAsia"/>
                <w:szCs w:val="20"/>
              </w:rPr>
              <w:t>教學工作</w:t>
            </w:r>
            <w:proofErr w:type="spellEnd"/>
          </w:p>
        </w:tc>
        <w:tc>
          <w:tcPr>
            <w:tcW w:w="2991" w:type="dxa"/>
            <w:gridSpan w:val="6"/>
            <w:tcBorders>
              <w:top w:val="single" w:sz="4" w:space="0" w:color="auto"/>
              <w:left w:val="single" w:sz="4" w:space="0" w:color="auto"/>
              <w:bottom w:val="single" w:sz="4" w:space="0" w:color="auto"/>
              <w:right w:val="single" w:sz="4" w:space="0" w:color="auto"/>
            </w:tcBorders>
            <w:vAlign w:val="center"/>
          </w:tcPr>
          <w:p w14:paraId="75D1FD9C" w14:textId="77777777" w:rsidR="00D93618" w:rsidRPr="006C4957" w:rsidRDefault="00D93618" w:rsidP="007636B5">
            <w:pPr>
              <w:adjustRightInd w:val="0"/>
              <w:snapToGrid w:val="0"/>
              <w:jc w:val="both"/>
              <w:rPr>
                <w:rFonts w:ascii="標楷體" w:eastAsia="標楷體" w:hAnsi="標楷體" w:hint="eastAsia"/>
                <w:szCs w:val="20"/>
                <w:lang w:eastAsia="zh-TW"/>
              </w:rPr>
            </w:pPr>
            <w:r w:rsidRPr="006C4957">
              <w:rPr>
                <w:rFonts w:ascii="PMingLiU" w:hAnsi="PMingLiU"/>
                <w:szCs w:val="20"/>
                <w:lang w:eastAsia="zh-TW"/>
              </w:rPr>
              <w:t> </w:t>
            </w:r>
            <w:r>
              <w:rPr>
                <w:rFonts w:ascii="PMingLiU" w:hAnsi="PMingLiU" w:hint="eastAsia"/>
                <w:szCs w:val="20"/>
                <w:lang w:eastAsia="zh-TW"/>
              </w:rPr>
              <w:t xml:space="preserve">  </w:t>
            </w:r>
            <w:r w:rsidRPr="006C4957">
              <w:rPr>
                <w:rFonts w:ascii="標楷體" w:eastAsia="標楷體" w:hAnsi="標楷體" w:hint="eastAsia"/>
                <w:szCs w:val="20"/>
                <w:lang w:eastAsia="zh-TW"/>
              </w:rPr>
              <w:t>□專職教學</w:t>
            </w:r>
            <w:r>
              <w:rPr>
                <w:rFonts w:ascii="標楷體" w:eastAsia="標楷體" w:hAnsi="標楷體" w:hint="eastAsia"/>
                <w:szCs w:val="20"/>
                <w:lang w:eastAsia="zh-TW"/>
              </w:rPr>
              <w:t xml:space="preserve"> </w:t>
            </w:r>
            <w:r w:rsidRPr="006C4957">
              <w:rPr>
                <w:rFonts w:ascii="標楷體" w:eastAsia="標楷體" w:hAnsi="標楷體" w:hint="eastAsia"/>
                <w:szCs w:val="20"/>
                <w:lang w:eastAsia="zh-TW"/>
              </w:rPr>
              <w:t>□兼職教學</w:t>
            </w:r>
          </w:p>
        </w:tc>
      </w:tr>
      <w:tr w:rsidR="00D93618" w:rsidRPr="006C4957" w14:paraId="49EA4518" w14:textId="77777777" w:rsidTr="00D93618">
        <w:trPr>
          <w:trHeight w:val="834"/>
        </w:trPr>
        <w:tc>
          <w:tcPr>
            <w:tcW w:w="2202" w:type="dxa"/>
            <w:gridSpan w:val="3"/>
            <w:vMerge/>
            <w:tcBorders>
              <w:top w:val="single" w:sz="4" w:space="0" w:color="auto"/>
              <w:left w:val="single" w:sz="4" w:space="0" w:color="auto"/>
              <w:bottom w:val="single" w:sz="4" w:space="0" w:color="auto"/>
              <w:right w:val="single" w:sz="4" w:space="0" w:color="auto"/>
            </w:tcBorders>
            <w:vAlign w:val="center"/>
          </w:tcPr>
          <w:p w14:paraId="29FA8BCD" w14:textId="77777777" w:rsidR="00D93618" w:rsidRPr="00F35CB8" w:rsidRDefault="00D93618" w:rsidP="007636B5">
            <w:pPr>
              <w:rPr>
                <w:rFonts w:ascii="標楷體" w:eastAsia="標楷體" w:hAnsi="標楷體"/>
                <w:sz w:val="30"/>
                <w:szCs w:val="20"/>
                <w:lang w:eastAsia="zh-TW"/>
              </w:rPr>
            </w:pPr>
          </w:p>
        </w:tc>
        <w:tc>
          <w:tcPr>
            <w:tcW w:w="1228" w:type="dxa"/>
            <w:tcBorders>
              <w:top w:val="single" w:sz="4" w:space="0" w:color="auto"/>
              <w:left w:val="single" w:sz="4" w:space="0" w:color="auto"/>
              <w:bottom w:val="single" w:sz="4" w:space="0" w:color="auto"/>
              <w:right w:val="single" w:sz="4" w:space="0" w:color="auto"/>
            </w:tcBorders>
            <w:vAlign w:val="center"/>
          </w:tcPr>
          <w:p w14:paraId="0BD1EEEC" w14:textId="77777777" w:rsidR="00D93618" w:rsidRDefault="00D93618" w:rsidP="007636B5">
            <w:pPr>
              <w:adjustRightInd w:val="0"/>
              <w:snapToGrid w:val="0"/>
              <w:jc w:val="distribute"/>
              <w:rPr>
                <w:rFonts w:ascii="標楷體" w:eastAsia="標楷體" w:hAnsi="標楷體" w:hint="eastAsia"/>
                <w:szCs w:val="20"/>
              </w:rPr>
            </w:pPr>
            <w:proofErr w:type="spellStart"/>
            <w:r w:rsidRPr="00F35CB8">
              <w:rPr>
                <w:rFonts w:ascii="標楷體" w:eastAsia="標楷體" w:hAnsi="標楷體" w:hint="eastAsia"/>
                <w:szCs w:val="20"/>
              </w:rPr>
              <w:t>聯絡電話</w:t>
            </w:r>
            <w:proofErr w:type="spellEnd"/>
          </w:p>
        </w:tc>
        <w:tc>
          <w:tcPr>
            <w:tcW w:w="6804" w:type="dxa"/>
            <w:gridSpan w:val="12"/>
            <w:tcBorders>
              <w:top w:val="single" w:sz="4" w:space="0" w:color="auto"/>
              <w:left w:val="single" w:sz="4" w:space="0" w:color="auto"/>
              <w:bottom w:val="single" w:sz="4" w:space="0" w:color="auto"/>
              <w:right w:val="single" w:sz="4" w:space="0" w:color="auto"/>
            </w:tcBorders>
            <w:vAlign w:val="center"/>
          </w:tcPr>
          <w:p w14:paraId="0FC79719" w14:textId="77777777" w:rsidR="00D93618" w:rsidRPr="00F35CB8" w:rsidRDefault="00D93618" w:rsidP="007636B5">
            <w:pPr>
              <w:adjustRightInd w:val="0"/>
              <w:snapToGrid w:val="0"/>
              <w:jc w:val="both"/>
              <w:rPr>
                <w:rFonts w:ascii="標楷體" w:eastAsia="標楷體" w:hAnsi="標楷體"/>
                <w:szCs w:val="20"/>
                <w:lang w:eastAsia="zh-TW"/>
              </w:rPr>
            </w:pPr>
            <w:r w:rsidRPr="00F35CB8">
              <w:rPr>
                <w:rFonts w:ascii="標楷體" w:eastAsia="標楷體" w:hAnsi="標楷體" w:hint="eastAsia"/>
                <w:szCs w:val="20"/>
                <w:lang w:eastAsia="zh-TW"/>
              </w:rPr>
              <w:t>(</w:t>
            </w:r>
            <w:r>
              <w:rPr>
                <w:rFonts w:ascii="標楷體" w:eastAsia="標楷體" w:hAnsi="標楷體" w:hint="eastAsia"/>
                <w:szCs w:val="20"/>
                <w:lang w:eastAsia="zh-TW"/>
              </w:rPr>
              <w:t>公</w:t>
            </w:r>
            <w:r w:rsidRPr="00F35CB8">
              <w:rPr>
                <w:rFonts w:ascii="標楷體" w:eastAsia="標楷體" w:hAnsi="標楷體" w:hint="eastAsia"/>
                <w:szCs w:val="20"/>
                <w:lang w:eastAsia="zh-TW"/>
              </w:rPr>
              <w:t xml:space="preserve">)：　</w:t>
            </w:r>
            <w:r>
              <w:rPr>
                <w:rFonts w:ascii="標楷體" w:eastAsia="標楷體" w:hAnsi="標楷體" w:hint="eastAsia"/>
                <w:szCs w:val="20"/>
                <w:lang w:eastAsia="zh-TW"/>
              </w:rPr>
              <w:t xml:space="preserve">           </w:t>
            </w:r>
            <w:r w:rsidRPr="00F35CB8">
              <w:rPr>
                <w:rFonts w:ascii="標楷體" w:eastAsia="標楷體" w:hAnsi="標楷體" w:hint="eastAsia"/>
                <w:szCs w:val="20"/>
                <w:lang w:eastAsia="zh-TW"/>
              </w:rPr>
              <w:t xml:space="preserve">　　　(</w:t>
            </w:r>
            <w:r>
              <w:rPr>
                <w:rFonts w:ascii="標楷體" w:eastAsia="標楷體" w:hAnsi="標楷體" w:hint="eastAsia"/>
                <w:szCs w:val="20"/>
                <w:lang w:eastAsia="zh-TW"/>
              </w:rPr>
              <w:t>宅</w:t>
            </w:r>
            <w:r w:rsidRPr="00F35CB8">
              <w:rPr>
                <w:rFonts w:ascii="標楷體" w:eastAsia="標楷體" w:hAnsi="標楷體" w:hint="eastAsia"/>
                <w:szCs w:val="20"/>
                <w:lang w:eastAsia="zh-TW"/>
              </w:rPr>
              <w:t>)：</w:t>
            </w:r>
          </w:p>
          <w:p w14:paraId="76FC58DE" w14:textId="77777777" w:rsidR="00D93618" w:rsidRPr="006C4957" w:rsidRDefault="00D93618" w:rsidP="007636B5">
            <w:pPr>
              <w:adjustRightInd w:val="0"/>
              <w:snapToGrid w:val="0"/>
              <w:jc w:val="both"/>
              <w:rPr>
                <w:rFonts w:ascii="PMingLiU" w:hAnsi="PMingLiU"/>
                <w:szCs w:val="20"/>
                <w:lang w:eastAsia="zh-TW"/>
              </w:rPr>
            </w:pPr>
            <w:r w:rsidRPr="00F35CB8">
              <w:rPr>
                <w:rFonts w:ascii="標楷體" w:eastAsia="標楷體" w:hAnsi="標楷體" w:hint="eastAsia"/>
                <w:szCs w:val="20"/>
                <w:lang w:eastAsia="zh-TW"/>
              </w:rPr>
              <w:t>手機：</w:t>
            </w:r>
          </w:p>
        </w:tc>
      </w:tr>
      <w:tr w:rsidR="00D93618" w:rsidRPr="00F35CB8" w14:paraId="0BB48D78" w14:textId="77777777" w:rsidTr="00D93618">
        <w:trPr>
          <w:trHeight w:val="680"/>
        </w:trPr>
        <w:tc>
          <w:tcPr>
            <w:tcW w:w="2202" w:type="dxa"/>
            <w:gridSpan w:val="3"/>
            <w:vMerge/>
            <w:tcBorders>
              <w:top w:val="single" w:sz="4" w:space="0" w:color="auto"/>
              <w:left w:val="single" w:sz="4" w:space="0" w:color="auto"/>
              <w:bottom w:val="single" w:sz="4" w:space="0" w:color="auto"/>
              <w:right w:val="single" w:sz="4" w:space="0" w:color="auto"/>
            </w:tcBorders>
            <w:vAlign w:val="center"/>
          </w:tcPr>
          <w:p w14:paraId="3B697AB8" w14:textId="77777777" w:rsidR="00D93618" w:rsidRPr="00F35CB8" w:rsidRDefault="00D93618" w:rsidP="007636B5">
            <w:pPr>
              <w:rPr>
                <w:rFonts w:ascii="標楷體" w:eastAsia="標楷體" w:hAnsi="標楷體"/>
                <w:sz w:val="30"/>
                <w:szCs w:val="20"/>
                <w:lang w:eastAsia="zh-TW"/>
              </w:rPr>
            </w:pPr>
          </w:p>
        </w:tc>
        <w:tc>
          <w:tcPr>
            <w:tcW w:w="1228" w:type="dxa"/>
            <w:tcBorders>
              <w:top w:val="single" w:sz="4" w:space="0" w:color="auto"/>
              <w:left w:val="single" w:sz="4" w:space="0" w:color="auto"/>
              <w:bottom w:val="single" w:sz="4" w:space="0" w:color="auto"/>
              <w:right w:val="single" w:sz="4" w:space="0" w:color="auto"/>
            </w:tcBorders>
            <w:vAlign w:val="center"/>
          </w:tcPr>
          <w:p w14:paraId="5895A5E1" w14:textId="77777777" w:rsidR="00D93618" w:rsidRPr="00F35CB8" w:rsidRDefault="00D93618" w:rsidP="007636B5">
            <w:pPr>
              <w:adjustRightInd w:val="0"/>
              <w:snapToGrid w:val="0"/>
              <w:jc w:val="distribute"/>
              <w:rPr>
                <w:rFonts w:ascii="標楷體" w:eastAsia="標楷體" w:hAnsi="標楷體"/>
                <w:szCs w:val="20"/>
              </w:rPr>
            </w:pPr>
            <w:proofErr w:type="spellStart"/>
            <w:r w:rsidRPr="00F35CB8">
              <w:rPr>
                <w:rFonts w:ascii="標楷體" w:eastAsia="標楷體" w:hAnsi="標楷體" w:hint="eastAsia"/>
                <w:szCs w:val="20"/>
              </w:rPr>
              <w:t>通訊處</w:t>
            </w:r>
            <w:proofErr w:type="spellEnd"/>
          </w:p>
        </w:tc>
        <w:tc>
          <w:tcPr>
            <w:tcW w:w="6804" w:type="dxa"/>
            <w:gridSpan w:val="12"/>
            <w:tcBorders>
              <w:top w:val="single" w:sz="4" w:space="0" w:color="auto"/>
              <w:left w:val="single" w:sz="4" w:space="0" w:color="auto"/>
              <w:bottom w:val="single" w:sz="4" w:space="0" w:color="auto"/>
              <w:right w:val="single" w:sz="4" w:space="0" w:color="auto"/>
            </w:tcBorders>
            <w:vAlign w:val="center"/>
          </w:tcPr>
          <w:p w14:paraId="00099C0F"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r>
      <w:tr w:rsidR="00D93618" w:rsidRPr="00F35CB8" w14:paraId="4EE88DF1" w14:textId="77777777" w:rsidTr="00D93618">
        <w:trPr>
          <w:trHeight w:val="680"/>
        </w:trPr>
        <w:tc>
          <w:tcPr>
            <w:tcW w:w="926" w:type="dxa"/>
            <w:gridSpan w:val="2"/>
            <w:vMerge w:val="restart"/>
            <w:tcBorders>
              <w:top w:val="single" w:sz="4" w:space="0" w:color="auto"/>
              <w:left w:val="single" w:sz="4" w:space="0" w:color="auto"/>
              <w:right w:val="single" w:sz="4" w:space="0" w:color="auto"/>
            </w:tcBorders>
            <w:vAlign w:val="center"/>
          </w:tcPr>
          <w:p w14:paraId="28A3F9E8"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現</w:t>
            </w:r>
          </w:p>
          <w:p w14:paraId="35B6FB17"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任</w:t>
            </w:r>
          </w:p>
          <w:p w14:paraId="47CB5F6F"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或</w:t>
            </w:r>
          </w:p>
          <w:p w14:paraId="6018FEC9"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曾</w:t>
            </w:r>
          </w:p>
          <w:p w14:paraId="39F36094"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任</w:t>
            </w:r>
          </w:p>
          <w:p w14:paraId="48CCD566"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服</w:t>
            </w:r>
          </w:p>
          <w:p w14:paraId="75237667"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務</w:t>
            </w:r>
          </w:p>
          <w:p w14:paraId="6C825124" w14:textId="77777777" w:rsidR="00D93618" w:rsidRDefault="00D93618" w:rsidP="007636B5">
            <w:pPr>
              <w:adjustRightInd w:val="0"/>
              <w:snapToGrid w:val="0"/>
              <w:spacing w:line="240" w:lineRule="atLeast"/>
              <w:ind w:left="113" w:right="113"/>
              <w:jc w:val="distribute"/>
              <w:rPr>
                <w:rFonts w:ascii="標楷體" w:eastAsia="標楷體" w:hAnsi="標楷體" w:hint="eastAsia"/>
                <w:szCs w:val="20"/>
              </w:rPr>
            </w:pPr>
            <w:r>
              <w:rPr>
                <w:rFonts w:ascii="標楷體" w:eastAsia="標楷體" w:hAnsi="標楷體" w:hint="eastAsia"/>
                <w:szCs w:val="20"/>
              </w:rPr>
              <w:t>學</w:t>
            </w:r>
          </w:p>
          <w:p w14:paraId="5E6FB85B" w14:textId="77777777" w:rsidR="00D93618" w:rsidRPr="00F35CB8" w:rsidRDefault="00D93618" w:rsidP="007636B5">
            <w:pPr>
              <w:adjustRightInd w:val="0"/>
              <w:snapToGrid w:val="0"/>
              <w:spacing w:line="240" w:lineRule="atLeast"/>
              <w:ind w:left="113" w:right="113"/>
              <w:jc w:val="distribute"/>
              <w:rPr>
                <w:rFonts w:ascii="標楷體" w:eastAsia="標楷體" w:hAnsi="標楷體"/>
                <w:szCs w:val="20"/>
              </w:rPr>
            </w:pPr>
            <w:r>
              <w:rPr>
                <w:rFonts w:ascii="標楷體" w:eastAsia="標楷體" w:hAnsi="標楷體" w:hint="eastAsia"/>
                <w:szCs w:val="20"/>
              </w:rPr>
              <w:t>校</w:t>
            </w: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7F0052A5" w14:textId="77777777" w:rsidR="00D93618" w:rsidRPr="00F35CB8" w:rsidRDefault="00D93618" w:rsidP="007636B5">
            <w:pPr>
              <w:adjustRightInd w:val="0"/>
              <w:snapToGrid w:val="0"/>
              <w:jc w:val="distribute"/>
              <w:rPr>
                <w:rFonts w:ascii="標楷體" w:eastAsia="標楷體" w:hAnsi="標楷體"/>
                <w:sz w:val="22"/>
                <w:szCs w:val="20"/>
              </w:rPr>
            </w:pPr>
            <w:proofErr w:type="spellStart"/>
            <w:r w:rsidRPr="00F35CB8">
              <w:rPr>
                <w:rFonts w:ascii="標楷體" w:eastAsia="標楷體" w:hAnsi="標楷體" w:hint="eastAsia"/>
                <w:sz w:val="22"/>
                <w:szCs w:val="20"/>
              </w:rPr>
              <w:t>服務</w:t>
            </w:r>
            <w:r>
              <w:rPr>
                <w:rFonts w:ascii="標楷體" w:eastAsia="標楷體" w:hAnsi="標楷體" w:hint="eastAsia"/>
                <w:sz w:val="22"/>
                <w:szCs w:val="20"/>
              </w:rPr>
              <w:t>學校</w:t>
            </w:r>
            <w:proofErr w:type="spellEnd"/>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4A6F911B" w14:textId="77777777" w:rsidR="00D93618" w:rsidRPr="00F35CB8" w:rsidRDefault="00D93618" w:rsidP="007636B5">
            <w:pPr>
              <w:adjustRightInd w:val="0"/>
              <w:snapToGrid w:val="0"/>
              <w:jc w:val="distribute"/>
              <w:rPr>
                <w:rFonts w:ascii="標楷體" w:eastAsia="標楷體" w:hAnsi="標楷體"/>
                <w:sz w:val="22"/>
                <w:szCs w:val="20"/>
              </w:rPr>
            </w:pPr>
            <w:proofErr w:type="spellStart"/>
            <w:r w:rsidRPr="00F35CB8">
              <w:rPr>
                <w:rFonts w:ascii="標楷體" w:eastAsia="標楷體" w:hAnsi="標楷體" w:hint="eastAsia"/>
                <w:sz w:val="22"/>
                <w:szCs w:val="20"/>
              </w:rPr>
              <w:t>任職期間</w:t>
            </w:r>
            <w:proofErr w:type="spellEnd"/>
          </w:p>
          <w:p w14:paraId="351E9ABE" w14:textId="77777777" w:rsidR="00D93618" w:rsidRPr="00F35CB8" w:rsidRDefault="00D93618" w:rsidP="007636B5">
            <w:pPr>
              <w:adjustRightInd w:val="0"/>
              <w:snapToGrid w:val="0"/>
              <w:jc w:val="distribute"/>
              <w:rPr>
                <w:rFonts w:ascii="標楷體" w:eastAsia="標楷體" w:hAnsi="標楷體"/>
                <w:sz w:val="22"/>
                <w:szCs w:val="20"/>
              </w:rPr>
            </w:pPr>
            <w:proofErr w:type="spellStart"/>
            <w:r w:rsidRPr="00F35CB8">
              <w:rPr>
                <w:rFonts w:ascii="標楷體" w:eastAsia="標楷體" w:hAnsi="標楷體" w:hint="eastAsia"/>
                <w:sz w:val="22"/>
                <w:szCs w:val="20"/>
              </w:rPr>
              <w:t>起迄年月</w:t>
            </w:r>
            <w:proofErr w:type="spellEnd"/>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72232E02" w14:textId="77777777" w:rsidR="00D93618" w:rsidRPr="00F35CB8" w:rsidRDefault="00D93618" w:rsidP="007636B5">
            <w:pPr>
              <w:adjustRightInd w:val="0"/>
              <w:snapToGrid w:val="0"/>
              <w:jc w:val="distribute"/>
              <w:rPr>
                <w:rFonts w:ascii="標楷體" w:eastAsia="標楷體" w:hAnsi="標楷體"/>
                <w:sz w:val="22"/>
                <w:szCs w:val="20"/>
              </w:rPr>
            </w:pPr>
            <w:proofErr w:type="spellStart"/>
            <w:r w:rsidRPr="00F35CB8">
              <w:rPr>
                <w:rFonts w:ascii="標楷體" w:eastAsia="標楷體" w:hAnsi="標楷體" w:hint="eastAsia"/>
                <w:sz w:val="22"/>
                <w:szCs w:val="20"/>
              </w:rPr>
              <w:t>服務機關</w:t>
            </w:r>
            <w:proofErr w:type="spellEnd"/>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4AA8EB67" w14:textId="77777777" w:rsidR="00D93618" w:rsidRPr="00F35CB8" w:rsidRDefault="00D93618" w:rsidP="007636B5">
            <w:pPr>
              <w:adjustRightInd w:val="0"/>
              <w:snapToGrid w:val="0"/>
              <w:jc w:val="distribute"/>
              <w:rPr>
                <w:rFonts w:ascii="標楷體" w:eastAsia="標楷體" w:hAnsi="標楷體"/>
                <w:sz w:val="22"/>
                <w:szCs w:val="20"/>
              </w:rPr>
            </w:pPr>
            <w:proofErr w:type="spellStart"/>
            <w:r w:rsidRPr="00F35CB8">
              <w:rPr>
                <w:rFonts w:ascii="標楷體" w:eastAsia="標楷體" w:hAnsi="標楷體" w:hint="eastAsia"/>
                <w:sz w:val="22"/>
                <w:szCs w:val="20"/>
              </w:rPr>
              <w:t>任職期間</w:t>
            </w:r>
            <w:proofErr w:type="spellEnd"/>
          </w:p>
          <w:p w14:paraId="4D5B9ED1" w14:textId="77777777" w:rsidR="00D93618" w:rsidRPr="00F35CB8" w:rsidRDefault="00D93618" w:rsidP="007636B5">
            <w:pPr>
              <w:adjustRightInd w:val="0"/>
              <w:snapToGrid w:val="0"/>
              <w:jc w:val="distribute"/>
              <w:rPr>
                <w:rFonts w:ascii="標楷體" w:eastAsia="標楷體" w:hAnsi="標楷體"/>
                <w:sz w:val="22"/>
                <w:szCs w:val="20"/>
              </w:rPr>
            </w:pPr>
            <w:proofErr w:type="spellStart"/>
            <w:r w:rsidRPr="00F35CB8">
              <w:rPr>
                <w:rFonts w:ascii="標楷體" w:eastAsia="標楷體" w:hAnsi="標楷體" w:hint="eastAsia"/>
                <w:sz w:val="22"/>
                <w:szCs w:val="20"/>
              </w:rPr>
              <w:t>起迄年月</w:t>
            </w:r>
            <w:proofErr w:type="spellEnd"/>
          </w:p>
        </w:tc>
      </w:tr>
      <w:tr w:rsidR="00D93618" w:rsidRPr="00F35CB8" w14:paraId="69E02B67" w14:textId="77777777" w:rsidTr="00D93618">
        <w:trPr>
          <w:trHeight w:val="680"/>
        </w:trPr>
        <w:tc>
          <w:tcPr>
            <w:tcW w:w="0" w:type="auto"/>
            <w:gridSpan w:val="2"/>
            <w:vMerge/>
            <w:tcBorders>
              <w:left w:val="single" w:sz="4" w:space="0" w:color="auto"/>
              <w:right w:val="single" w:sz="4" w:space="0" w:color="auto"/>
            </w:tcBorders>
            <w:vAlign w:val="center"/>
          </w:tcPr>
          <w:p w14:paraId="4A9A4478" w14:textId="77777777" w:rsidR="00D93618" w:rsidRPr="00F35CB8" w:rsidRDefault="00D93618" w:rsidP="007636B5">
            <w:pPr>
              <w:rPr>
                <w:rFonts w:ascii="標楷體" w:eastAsia="標楷體" w:hAnsi="標楷體"/>
                <w:szCs w:val="20"/>
              </w:rPr>
            </w:pP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1B419B58" w14:textId="77777777" w:rsidR="00D93618" w:rsidRDefault="00D93618" w:rsidP="007636B5">
            <w:pPr>
              <w:adjustRightInd w:val="0"/>
              <w:snapToGrid w:val="0"/>
              <w:jc w:val="both"/>
              <w:rPr>
                <w:rFonts w:hint="eastAsia"/>
                <w:szCs w:val="20"/>
              </w:rPr>
            </w:pPr>
            <w:r w:rsidRPr="00F35CB8">
              <w:rPr>
                <w:szCs w:val="20"/>
              </w:rPr>
              <w:t> </w:t>
            </w:r>
          </w:p>
          <w:p w14:paraId="3EF13A16" w14:textId="77777777" w:rsidR="00D93618" w:rsidRPr="00F35CB8" w:rsidRDefault="00D93618" w:rsidP="007636B5">
            <w:pPr>
              <w:adjustRightInd w:val="0"/>
              <w:snapToGrid w:val="0"/>
              <w:jc w:val="both"/>
              <w:rPr>
                <w:rFonts w:ascii="標楷體" w:eastAsia="標楷體" w:hAnsi="標楷體" w:hint="eastAsia"/>
                <w:szCs w:val="20"/>
              </w:rPr>
            </w:pPr>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474E43E5" w14:textId="77777777" w:rsidR="00D93618" w:rsidRPr="004F3F6D" w:rsidRDefault="00D93618" w:rsidP="007636B5">
            <w:pPr>
              <w:adjustRightInd w:val="0"/>
              <w:snapToGrid w:val="0"/>
              <w:jc w:val="right"/>
              <w:rPr>
                <w:rFonts w:ascii="標楷體" w:eastAsia="標楷體" w:hAnsi="標楷體"/>
                <w:sz w:val="20"/>
                <w:szCs w:val="20"/>
              </w:rPr>
            </w:pPr>
            <w:r>
              <w:rPr>
                <w:rFonts w:hint="eastAsia"/>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208F833B"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3CAA3C82" w14:textId="77777777" w:rsidR="00D93618" w:rsidRPr="00F35CB8" w:rsidRDefault="00D93618" w:rsidP="007636B5">
            <w:pPr>
              <w:adjustRightInd w:val="0"/>
              <w:snapToGrid w:val="0"/>
              <w:jc w:val="right"/>
              <w:rPr>
                <w:rFonts w:ascii="標楷體" w:eastAsia="標楷體" w:hAnsi="標楷體" w:hint="eastAsia"/>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r>
      <w:tr w:rsidR="00D93618" w:rsidRPr="00F35CB8" w14:paraId="6B7A5A30" w14:textId="77777777" w:rsidTr="00D93618">
        <w:trPr>
          <w:trHeight w:val="680"/>
        </w:trPr>
        <w:tc>
          <w:tcPr>
            <w:tcW w:w="0" w:type="auto"/>
            <w:gridSpan w:val="2"/>
            <w:vMerge/>
            <w:tcBorders>
              <w:left w:val="single" w:sz="4" w:space="0" w:color="auto"/>
              <w:right w:val="single" w:sz="4" w:space="0" w:color="auto"/>
            </w:tcBorders>
            <w:vAlign w:val="center"/>
          </w:tcPr>
          <w:p w14:paraId="57EE0900" w14:textId="77777777" w:rsidR="00D93618" w:rsidRPr="00F35CB8" w:rsidRDefault="00D93618" w:rsidP="007636B5">
            <w:pPr>
              <w:rPr>
                <w:rFonts w:ascii="標楷體" w:eastAsia="標楷體" w:hAnsi="標楷體"/>
                <w:szCs w:val="20"/>
              </w:rPr>
            </w:pP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61DC2522" w14:textId="77777777" w:rsidR="00D93618" w:rsidRDefault="00D93618" w:rsidP="007636B5">
            <w:pPr>
              <w:adjustRightInd w:val="0"/>
              <w:snapToGrid w:val="0"/>
              <w:jc w:val="both"/>
              <w:rPr>
                <w:rFonts w:hint="eastAsia"/>
                <w:szCs w:val="20"/>
              </w:rPr>
            </w:pPr>
            <w:r w:rsidRPr="00F35CB8">
              <w:rPr>
                <w:szCs w:val="20"/>
              </w:rPr>
              <w:t> </w:t>
            </w:r>
          </w:p>
          <w:p w14:paraId="558964EA" w14:textId="77777777" w:rsidR="00D93618" w:rsidRPr="00F35CB8" w:rsidRDefault="00D93618" w:rsidP="007636B5">
            <w:pPr>
              <w:adjustRightInd w:val="0"/>
              <w:snapToGrid w:val="0"/>
              <w:jc w:val="both"/>
              <w:rPr>
                <w:rFonts w:ascii="標楷體" w:eastAsia="標楷體" w:hAnsi="標楷體" w:hint="eastAsia"/>
                <w:szCs w:val="20"/>
              </w:rPr>
            </w:pPr>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12F13D80" w14:textId="77777777" w:rsidR="00D93618" w:rsidRPr="00F35CB8" w:rsidRDefault="00D93618" w:rsidP="007636B5">
            <w:pPr>
              <w:adjustRightInd w:val="0"/>
              <w:snapToGrid w:val="0"/>
              <w:jc w:val="right"/>
              <w:rPr>
                <w:rFonts w:ascii="標楷體" w:eastAsia="標楷體" w:hAnsi="標楷體" w:hint="eastAsia"/>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4BD11ED5"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3098A839" w14:textId="77777777" w:rsidR="00D93618" w:rsidRPr="00F35CB8" w:rsidRDefault="00D93618" w:rsidP="007636B5">
            <w:pPr>
              <w:adjustRightInd w:val="0"/>
              <w:snapToGrid w:val="0"/>
              <w:jc w:val="right"/>
              <w:rPr>
                <w:rFonts w:ascii="標楷體" w:eastAsia="標楷體" w:hAnsi="標楷體" w:hint="eastAsia"/>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r>
      <w:tr w:rsidR="00D93618" w:rsidRPr="00F35CB8" w14:paraId="05267788" w14:textId="77777777" w:rsidTr="00D93618">
        <w:trPr>
          <w:trHeight w:val="680"/>
        </w:trPr>
        <w:tc>
          <w:tcPr>
            <w:tcW w:w="0" w:type="auto"/>
            <w:gridSpan w:val="2"/>
            <w:vMerge/>
            <w:tcBorders>
              <w:left w:val="single" w:sz="4" w:space="0" w:color="auto"/>
              <w:right w:val="single" w:sz="4" w:space="0" w:color="auto"/>
            </w:tcBorders>
            <w:vAlign w:val="center"/>
          </w:tcPr>
          <w:p w14:paraId="4FE2C837" w14:textId="77777777" w:rsidR="00D93618" w:rsidRPr="00F35CB8" w:rsidRDefault="00D93618" w:rsidP="007636B5">
            <w:pPr>
              <w:rPr>
                <w:rFonts w:ascii="標楷體" w:eastAsia="標楷體" w:hAnsi="標楷體"/>
                <w:szCs w:val="20"/>
              </w:rPr>
            </w:pP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4A27CBA8" w14:textId="77777777" w:rsidR="00D93618" w:rsidRDefault="00D93618" w:rsidP="007636B5">
            <w:pPr>
              <w:adjustRightInd w:val="0"/>
              <w:snapToGrid w:val="0"/>
              <w:jc w:val="both"/>
              <w:rPr>
                <w:rFonts w:hint="eastAsia"/>
                <w:szCs w:val="20"/>
              </w:rPr>
            </w:pPr>
            <w:r w:rsidRPr="00F35CB8">
              <w:rPr>
                <w:szCs w:val="20"/>
              </w:rPr>
              <w:t> </w:t>
            </w:r>
          </w:p>
          <w:p w14:paraId="73BCD886" w14:textId="77777777" w:rsidR="00D93618" w:rsidRPr="00F35CB8" w:rsidRDefault="00D93618" w:rsidP="007636B5">
            <w:pPr>
              <w:adjustRightInd w:val="0"/>
              <w:snapToGrid w:val="0"/>
              <w:jc w:val="both"/>
              <w:rPr>
                <w:rFonts w:ascii="標楷體" w:eastAsia="標楷體" w:hAnsi="標楷體" w:hint="eastAsia"/>
                <w:szCs w:val="20"/>
              </w:rPr>
            </w:pPr>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2ECB8D7C" w14:textId="77777777" w:rsidR="00D93618" w:rsidRPr="00F35CB8" w:rsidRDefault="00D93618" w:rsidP="007636B5">
            <w:pPr>
              <w:adjustRightInd w:val="0"/>
              <w:snapToGrid w:val="0"/>
              <w:jc w:val="right"/>
              <w:rPr>
                <w:rFonts w:ascii="標楷體" w:eastAsia="標楷體" w:hAnsi="標楷體" w:hint="eastAsia"/>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51FF8AD0" w14:textId="77777777" w:rsidR="00D93618" w:rsidRPr="00F35CB8" w:rsidRDefault="00D93618" w:rsidP="007636B5">
            <w:pPr>
              <w:adjustRightInd w:val="0"/>
              <w:snapToGrid w:val="0"/>
              <w:jc w:val="both"/>
              <w:rPr>
                <w:rFonts w:ascii="標楷體" w:eastAsia="標楷體" w:hAnsi="標楷體"/>
                <w:szCs w:val="20"/>
              </w:rPr>
            </w:pPr>
            <w:r w:rsidRPr="00F35CB8">
              <w:rPr>
                <w:szCs w:val="20"/>
              </w:rPr>
              <w:t> </w:t>
            </w:r>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537D3350" w14:textId="77777777" w:rsidR="00D93618" w:rsidRPr="00F35CB8" w:rsidRDefault="00D93618" w:rsidP="007636B5">
            <w:pPr>
              <w:adjustRightInd w:val="0"/>
              <w:snapToGrid w:val="0"/>
              <w:jc w:val="right"/>
              <w:rPr>
                <w:rFonts w:ascii="標楷體" w:eastAsia="標楷體" w:hAnsi="標楷體" w:hint="eastAsia"/>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r>
      <w:tr w:rsidR="00D93618" w:rsidRPr="00F35CB8" w14:paraId="56812E0E" w14:textId="77777777" w:rsidTr="00D93618">
        <w:trPr>
          <w:trHeight w:val="680"/>
        </w:trPr>
        <w:tc>
          <w:tcPr>
            <w:tcW w:w="0" w:type="auto"/>
            <w:gridSpan w:val="2"/>
            <w:vMerge/>
            <w:tcBorders>
              <w:left w:val="single" w:sz="4" w:space="0" w:color="auto"/>
              <w:right w:val="single" w:sz="4" w:space="0" w:color="auto"/>
            </w:tcBorders>
            <w:vAlign w:val="center"/>
          </w:tcPr>
          <w:p w14:paraId="2FC44C5D" w14:textId="77777777" w:rsidR="00D93618" w:rsidRPr="00F35CB8" w:rsidRDefault="00D93618" w:rsidP="007636B5">
            <w:pPr>
              <w:rPr>
                <w:rFonts w:ascii="標楷體" w:eastAsia="標楷體" w:hAnsi="標楷體"/>
                <w:szCs w:val="20"/>
              </w:rPr>
            </w:pP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18B248DB" w14:textId="77777777" w:rsidR="00D93618" w:rsidRDefault="00D93618" w:rsidP="007636B5">
            <w:pPr>
              <w:adjustRightInd w:val="0"/>
              <w:snapToGrid w:val="0"/>
              <w:jc w:val="both"/>
              <w:rPr>
                <w:rFonts w:hint="eastAsia"/>
                <w:szCs w:val="20"/>
              </w:rPr>
            </w:pPr>
          </w:p>
          <w:p w14:paraId="0AA1AE76" w14:textId="77777777" w:rsidR="00D93618" w:rsidRPr="00F35CB8" w:rsidRDefault="00D93618" w:rsidP="007636B5">
            <w:pPr>
              <w:adjustRightInd w:val="0"/>
              <w:snapToGrid w:val="0"/>
              <w:jc w:val="both"/>
              <w:rPr>
                <w:rFonts w:hint="eastAsia"/>
                <w:szCs w:val="20"/>
              </w:rPr>
            </w:pPr>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77AEA17B" w14:textId="77777777" w:rsidR="00D93618" w:rsidRPr="00F35CB8" w:rsidRDefault="00D93618" w:rsidP="007636B5">
            <w:pPr>
              <w:adjustRightInd w:val="0"/>
              <w:snapToGrid w:val="0"/>
              <w:jc w:val="right"/>
              <w:rPr>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0175E9DE" w14:textId="77777777" w:rsidR="00D93618" w:rsidRPr="00F35CB8" w:rsidRDefault="00D93618" w:rsidP="007636B5">
            <w:pPr>
              <w:adjustRightInd w:val="0"/>
              <w:snapToGrid w:val="0"/>
              <w:jc w:val="both"/>
              <w:rPr>
                <w:szCs w:val="20"/>
              </w:rPr>
            </w:pPr>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239998A1" w14:textId="77777777" w:rsidR="00D93618" w:rsidRPr="00F35CB8" w:rsidRDefault="00D93618" w:rsidP="007636B5">
            <w:pPr>
              <w:adjustRightInd w:val="0"/>
              <w:snapToGrid w:val="0"/>
              <w:jc w:val="right"/>
              <w:rPr>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r>
      <w:tr w:rsidR="00D93618" w:rsidRPr="00F35CB8" w14:paraId="29B812D8" w14:textId="77777777" w:rsidTr="00D93618">
        <w:trPr>
          <w:trHeight w:val="680"/>
        </w:trPr>
        <w:tc>
          <w:tcPr>
            <w:tcW w:w="0" w:type="auto"/>
            <w:gridSpan w:val="2"/>
            <w:vMerge/>
            <w:tcBorders>
              <w:left w:val="single" w:sz="4" w:space="0" w:color="auto"/>
              <w:right w:val="single" w:sz="4" w:space="0" w:color="auto"/>
            </w:tcBorders>
            <w:vAlign w:val="center"/>
          </w:tcPr>
          <w:p w14:paraId="34D0C510" w14:textId="77777777" w:rsidR="00D93618" w:rsidRPr="00F35CB8" w:rsidRDefault="00D93618" w:rsidP="007636B5">
            <w:pPr>
              <w:rPr>
                <w:rFonts w:ascii="標楷體" w:eastAsia="標楷體" w:hAnsi="標楷體"/>
                <w:szCs w:val="20"/>
              </w:rPr>
            </w:pP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4824BD3F" w14:textId="77777777" w:rsidR="00D93618" w:rsidRDefault="00D93618" w:rsidP="007636B5">
            <w:pPr>
              <w:adjustRightInd w:val="0"/>
              <w:snapToGrid w:val="0"/>
              <w:jc w:val="both"/>
              <w:rPr>
                <w:rFonts w:hint="eastAsia"/>
                <w:szCs w:val="20"/>
              </w:rPr>
            </w:pPr>
          </w:p>
          <w:p w14:paraId="447CE9D6" w14:textId="77777777" w:rsidR="00D93618" w:rsidRPr="00F35CB8" w:rsidRDefault="00D93618" w:rsidP="007636B5">
            <w:pPr>
              <w:adjustRightInd w:val="0"/>
              <w:snapToGrid w:val="0"/>
              <w:jc w:val="both"/>
              <w:rPr>
                <w:rFonts w:hint="eastAsia"/>
                <w:szCs w:val="20"/>
              </w:rPr>
            </w:pPr>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07238951" w14:textId="77777777" w:rsidR="00D93618" w:rsidRPr="00F35CB8" w:rsidRDefault="00D93618" w:rsidP="007636B5">
            <w:pPr>
              <w:adjustRightInd w:val="0"/>
              <w:snapToGrid w:val="0"/>
              <w:jc w:val="right"/>
              <w:rPr>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7957A258" w14:textId="77777777" w:rsidR="00D93618" w:rsidRPr="00F35CB8" w:rsidRDefault="00D93618" w:rsidP="007636B5">
            <w:pPr>
              <w:adjustRightInd w:val="0"/>
              <w:snapToGrid w:val="0"/>
              <w:jc w:val="both"/>
              <w:rPr>
                <w:szCs w:val="20"/>
              </w:rPr>
            </w:pPr>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31FBF378" w14:textId="77777777" w:rsidR="00D93618" w:rsidRPr="00F35CB8" w:rsidRDefault="00D93618" w:rsidP="007636B5">
            <w:pPr>
              <w:adjustRightInd w:val="0"/>
              <w:snapToGrid w:val="0"/>
              <w:jc w:val="right"/>
              <w:rPr>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r>
      <w:tr w:rsidR="00D93618" w:rsidRPr="00F35CB8" w14:paraId="7BC0B73E" w14:textId="77777777" w:rsidTr="00D93618">
        <w:trPr>
          <w:trHeight w:val="680"/>
        </w:trPr>
        <w:tc>
          <w:tcPr>
            <w:tcW w:w="0" w:type="auto"/>
            <w:gridSpan w:val="2"/>
            <w:vMerge/>
            <w:tcBorders>
              <w:left w:val="single" w:sz="4" w:space="0" w:color="auto"/>
              <w:bottom w:val="single" w:sz="4" w:space="0" w:color="auto"/>
              <w:right w:val="single" w:sz="4" w:space="0" w:color="auto"/>
            </w:tcBorders>
            <w:vAlign w:val="center"/>
          </w:tcPr>
          <w:p w14:paraId="15B7B08D" w14:textId="77777777" w:rsidR="00D93618" w:rsidRPr="00F35CB8" w:rsidRDefault="00D93618" w:rsidP="007636B5">
            <w:pPr>
              <w:rPr>
                <w:rFonts w:ascii="標楷體" w:eastAsia="標楷體" w:hAnsi="標楷體"/>
                <w:szCs w:val="20"/>
              </w:rPr>
            </w:pPr>
          </w:p>
        </w:tc>
        <w:tc>
          <w:tcPr>
            <w:tcW w:w="2504" w:type="dxa"/>
            <w:gridSpan w:val="2"/>
            <w:tcBorders>
              <w:top w:val="single" w:sz="4" w:space="0" w:color="auto"/>
              <w:left w:val="single" w:sz="4" w:space="0" w:color="auto"/>
              <w:bottom w:val="single" w:sz="4" w:space="0" w:color="auto"/>
              <w:right w:val="single" w:sz="4" w:space="0" w:color="auto"/>
            </w:tcBorders>
            <w:vAlign w:val="center"/>
          </w:tcPr>
          <w:p w14:paraId="42FCE105" w14:textId="77777777" w:rsidR="00D93618" w:rsidRDefault="00D93618" w:rsidP="007636B5">
            <w:pPr>
              <w:adjustRightInd w:val="0"/>
              <w:snapToGrid w:val="0"/>
              <w:jc w:val="both"/>
              <w:rPr>
                <w:rFonts w:hint="eastAsia"/>
                <w:szCs w:val="20"/>
              </w:rPr>
            </w:pPr>
          </w:p>
          <w:p w14:paraId="7A5167D0" w14:textId="77777777" w:rsidR="00D93618" w:rsidRPr="00F35CB8" w:rsidRDefault="00D93618" w:rsidP="007636B5">
            <w:pPr>
              <w:adjustRightInd w:val="0"/>
              <w:snapToGrid w:val="0"/>
              <w:jc w:val="both"/>
              <w:rPr>
                <w:rFonts w:hint="eastAsia"/>
                <w:szCs w:val="20"/>
              </w:rPr>
            </w:pPr>
          </w:p>
        </w:tc>
        <w:tc>
          <w:tcPr>
            <w:tcW w:w="1951" w:type="dxa"/>
            <w:gridSpan w:val="3"/>
            <w:tcBorders>
              <w:top w:val="single" w:sz="4" w:space="0" w:color="auto"/>
              <w:left w:val="single" w:sz="4" w:space="0" w:color="auto"/>
              <w:bottom w:val="single" w:sz="4" w:space="0" w:color="auto"/>
              <w:right w:val="single" w:sz="4" w:space="0" w:color="auto"/>
            </w:tcBorders>
            <w:vAlign w:val="center"/>
          </w:tcPr>
          <w:p w14:paraId="20087F17" w14:textId="77777777" w:rsidR="00D93618" w:rsidRPr="00F35CB8" w:rsidRDefault="00D93618" w:rsidP="007636B5">
            <w:pPr>
              <w:adjustRightInd w:val="0"/>
              <w:snapToGrid w:val="0"/>
              <w:jc w:val="right"/>
              <w:rPr>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c>
          <w:tcPr>
            <w:tcW w:w="2609" w:type="dxa"/>
            <w:gridSpan w:val="5"/>
            <w:tcBorders>
              <w:top w:val="single" w:sz="4" w:space="0" w:color="auto"/>
              <w:left w:val="single" w:sz="4" w:space="0" w:color="auto"/>
              <w:bottom w:val="single" w:sz="4" w:space="0" w:color="auto"/>
              <w:right w:val="single" w:sz="4" w:space="0" w:color="auto"/>
            </w:tcBorders>
            <w:vAlign w:val="center"/>
          </w:tcPr>
          <w:p w14:paraId="010057D2" w14:textId="77777777" w:rsidR="00D93618" w:rsidRPr="00F35CB8" w:rsidRDefault="00D93618" w:rsidP="007636B5">
            <w:pPr>
              <w:adjustRightInd w:val="0"/>
              <w:snapToGrid w:val="0"/>
              <w:jc w:val="both"/>
              <w:rPr>
                <w:szCs w:val="20"/>
              </w:rPr>
            </w:pPr>
          </w:p>
        </w:tc>
        <w:tc>
          <w:tcPr>
            <w:tcW w:w="2244" w:type="dxa"/>
            <w:gridSpan w:val="4"/>
            <w:tcBorders>
              <w:top w:val="single" w:sz="4" w:space="0" w:color="auto"/>
              <w:left w:val="single" w:sz="4" w:space="0" w:color="auto"/>
              <w:bottom w:val="single" w:sz="4" w:space="0" w:color="auto"/>
              <w:right w:val="single" w:sz="4" w:space="0" w:color="auto"/>
            </w:tcBorders>
            <w:vAlign w:val="center"/>
          </w:tcPr>
          <w:p w14:paraId="0535CB31" w14:textId="77777777" w:rsidR="00D93618" w:rsidRPr="00F35CB8" w:rsidRDefault="00D93618" w:rsidP="007636B5">
            <w:pPr>
              <w:adjustRightInd w:val="0"/>
              <w:snapToGrid w:val="0"/>
              <w:jc w:val="right"/>
              <w:rPr>
                <w:szCs w:val="20"/>
              </w:rPr>
            </w:pPr>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proofErr w:type="spellStart"/>
            <w:r w:rsidRPr="004F3F6D">
              <w:rPr>
                <w:rFonts w:ascii="標楷體" w:eastAsia="標楷體" w:hAnsi="標楷體" w:hint="eastAsia"/>
                <w:sz w:val="20"/>
                <w:szCs w:val="20"/>
              </w:rPr>
              <w:t>日至</w:t>
            </w:r>
            <w:proofErr w:type="spellEnd"/>
            <w:r>
              <w:rPr>
                <w:rFonts w:ascii="標楷體" w:eastAsia="標楷體" w:hAnsi="標楷體" w:hint="eastAsia"/>
                <w:sz w:val="20"/>
                <w:szCs w:val="20"/>
              </w:rPr>
              <w:t xml:space="preserve"> </w:t>
            </w:r>
            <w:r w:rsidRPr="004F3F6D">
              <w:rPr>
                <w:rFonts w:ascii="標楷體" w:eastAsia="標楷體" w:hAnsi="標楷體" w:hint="eastAsia"/>
                <w:sz w:val="20"/>
                <w:szCs w:val="20"/>
              </w:rPr>
              <w:t>年</w:t>
            </w:r>
            <w:r>
              <w:rPr>
                <w:rFonts w:ascii="標楷體" w:eastAsia="標楷體" w:hAnsi="標楷體" w:hint="eastAsia"/>
                <w:sz w:val="20"/>
                <w:szCs w:val="20"/>
              </w:rPr>
              <w:t xml:space="preserve"> </w:t>
            </w:r>
            <w:r w:rsidRPr="004F3F6D">
              <w:rPr>
                <w:rFonts w:ascii="標楷體" w:eastAsia="標楷體" w:hAnsi="標楷體" w:hint="eastAsia"/>
                <w:sz w:val="20"/>
                <w:szCs w:val="20"/>
              </w:rPr>
              <w:t>月</w:t>
            </w:r>
            <w:r>
              <w:rPr>
                <w:rFonts w:ascii="標楷體" w:eastAsia="標楷體" w:hAnsi="標楷體" w:hint="eastAsia"/>
                <w:sz w:val="20"/>
                <w:szCs w:val="20"/>
              </w:rPr>
              <w:t xml:space="preserve"> </w:t>
            </w:r>
            <w:r w:rsidRPr="004F3F6D">
              <w:rPr>
                <w:rFonts w:ascii="標楷體" w:eastAsia="標楷體" w:hAnsi="標楷體" w:hint="eastAsia"/>
                <w:sz w:val="20"/>
                <w:szCs w:val="20"/>
              </w:rPr>
              <w:t>日</w:t>
            </w:r>
          </w:p>
        </w:tc>
      </w:tr>
      <w:tr w:rsidR="00D93618" w:rsidRPr="00F35CB8" w14:paraId="3B5EF594" w14:textId="77777777" w:rsidTr="007636B5">
        <w:trPr>
          <w:trHeight w:val="680"/>
        </w:trPr>
        <w:tc>
          <w:tcPr>
            <w:tcW w:w="10234" w:type="dxa"/>
            <w:gridSpan w:val="16"/>
            <w:tcBorders>
              <w:top w:val="single" w:sz="4" w:space="0" w:color="auto"/>
              <w:left w:val="single" w:sz="4" w:space="0" w:color="auto"/>
              <w:bottom w:val="single" w:sz="4" w:space="0" w:color="auto"/>
              <w:right w:val="single" w:sz="4" w:space="0" w:color="auto"/>
            </w:tcBorders>
            <w:vAlign w:val="center"/>
          </w:tcPr>
          <w:p w14:paraId="2B42C3D1" w14:textId="77777777" w:rsidR="00D93618" w:rsidRPr="00F35CB8" w:rsidRDefault="00D93618" w:rsidP="007636B5">
            <w:pPr>
              <w:adjustRightInd w:val="0"/>
              <w:snapToGrid w:val="0"/>
              <w:rPr>
                <w:szCs w:val="20"/>
              </w:rPr>
            </w:pPr>
            <w:r>
              <w:rPr>
                <w:rFonts w:ascii="標楷體" w:eastAsia="標楷體" w:hAnsi="標楷體" w:hint="eastAsia"/>
                <w:b/>
                <w:spacing w:val="-20"/>
              </w:rPr>
              <w:lastRenderedPageBreak/>
              <w:t xml:space="preserve">                                                         </w:t>
            </w:r>
            <w:proofErr w:type="spellStart"/>
            <w:r w:rsidRPr="00F35CB8">
              <w:rPr>
                <w:rFonts w:ascii="標楷體" w:eastAsia="標楷體" w:hAnsi="標楷體" w:hint="eastAsia"/>
                <w:szCs w:val="20"/>
              </w:rPr>
              <w:t>基本資料審核</w:t>
            </w:r>
            <w:proofErr w:type="spellEnd"/>
          </w:p>
        </w:tc>
      </w:tr>
      <w:tr w:rsidR="00D93618" w:rsidRPr="00F35CB8" w14:paraId="77A2AB8A" w14:textId="77777777" w:rsidTr="00D93618">
        <w:trPr>
          <w:trHeight w:val="334"/>
        </w:trPr>
        <w:tc>
          <w:tcPr>
            <w:tcW w:w="503" w:type="dxa"/>
            <w:vMerge w:val="restart"/>
            <w:tcBorders>
              <w:top w:val="double" w:sz="6" w:space="0" w:color="auto"/>
              <w:left w:val="double" w:sz="6" w:space="0" w:color="auto"/>
              <w:right w:val="single" w:sz="6" w:space="0" w:color="auto"/>
            </w:tcBorders>
            <w:textDirection w:val="tbRlV"/>
            <w:vAlign w:val="center"/>
          </w:tcPr>
          <w:p w14:paraId="450001A3" w14:textId="77777777" w:rsidR="00D93618" w:rsidRPr="008705CA" w:rsidRDefault="00D93618" w:rsidP="007636B5">
            <w:pPr>
              <w:spacing w:line="240" w:lineRule="exact"/>
              <w:ind w:left="113" w:right="113"/>
              <w:jc w:val="center"/>
              <w:rPr>
                <w:rFonts w:ascii="標楷體" w:eastAsia="標楷體" w:hint="eastAsia"/>
                <w:w w:val="90"/>
                <w:lang w:eastAsia="zh-TW"/>
              </w:rPr>
            </w:pPr>
            <w:r w:rsidRPr="008705CA">
              <w:rPr>
                <w:rFonts w:ascii="PMingLiU" w:eastAsia="PMingLiU" w:hAnsi="PMingLiU" w:cs="PMingLiU" w:hint="eastAsia"/>
                <w:b/>
                <w:lang w:eastAsia="zh-TW"/>
              </w:rPr>
              <w:t>收件</w:t>
            </w:r>
            <w:r w:rsidRPr="008705CA">
              <w:rPr>
                <w:rFonts w:ascii="標楷體" w:eastAsia="標楷體" w:hint="eastAsia"/>
                <w:sz w:val="20"/>
                <w:szCs w:val="20"/>
                <w:lang w:eastAsia="zh-TW"/>
              </w:rPr>
              <w:t>（請依下列順序裝訂）</w:t>
            </w:r>
          </w:p>
        </w:tc>
        <w:tc>
          <w:tcPr>
            <w:tcW w:w="3060" w:type="dxa"/>
            <w:gridSpan w:val="4"/>
            <w:vMerge w:val="restart"/>
            <w:tcBorders>
              <w:top w:val="double" w:sz="6" w:space="0" w:color="auto"/>
              <w:left w:val="single" w:sz="6" w:space="0" w:color="auto"/>
              <w:right w:val="single" w:sz="6" w:space="0" w:color="auto"/>
            </w:tcBorders>
          </w:tcPr>
          <w:p w14:paraId="2C4BA002" w14:textId="77777777" w:rsidR="00D93618" w:rsidRPr="008705CA" w:rsidRDefault="00D93618" w:rsidP="007636B5">
            <w:pPr>
              <w:spacing w:line="340" w:lineRule="exact"/>
              <w:jc w:val="both"/>
              <w:rPr>
                <w:rFonts w:ascii="標楷體" w:eastAsia="標楷體" w:hint="eastAsia"/>
                <w:lang w:eastAsia="zh-TW"/>
              </w:rPr>
            </w:pPr>
            <w:r w:rsidRPr="008705CA">
              <w:rPr>
                <w:rFonts w:ascii="標楷體" w:eastAsia="標楷體" w:hAnsi="標楷體" w:cs="標楷體" w:hint="eastAsia"/>
                <w:lang w:eastAsia="zh-TW"/>
              </w:rPr>
              <w:t>□1.報名表</w:t>
            </w:r>
          </w:p>
          <w:p w14:paraId="6C4645BD" w14:textId="77777777" w:rsidR="00D93618" w:rsidRPr="008705CA" w:rsidRDefault="00D93618" w:rsidP="007636B5">
            <w:pPr>
              <w:spacing w:line="340" w:lineRule="exact"/>
              <w:jc w:val="both"/>
              <w:rPr>
                <w:rFonts w:ascii="標楷體" w:eastAsia="標楷體" w:hint="eastAsia"/>
                <w:lang w:eastAsia="zh-TW"/>
              </w:rPr>
            </w:pPr>
            <w:r w:rsidRPr="008705CA">
              <w:rPr>
                <w:rFonts w:ascii="標楷體" w:eastAsia="標楷體" w:hAnsi="標楷體" w:cs="標楷體" w:hint="eastAsia"/>
                <w:lang w:eastAsia="zh-TW"/>
              </w:rPr>
              <w:t>□2.簡要自傳</w:t>
            </w:r>
          </w:p>
          <w:p w14:paraId="5EEE5BC5" w14:textId="77777777" w:rsidR="00D93618" w:rsidRPr="008705CA" w:rsidRDefault="00D93618" w:rsidP="007636B5">
            <w:pPr>
              <w:spacing w:line="340" w:lineRule="exact"/>
              <w:jc w:val="both"/>
              <w:rPr>
                <w:rFonts w:ascii="標楷體" w:eastAsia="標楷體" w:hint="eastAsia"/>
                <w:lang w:eastAsia="zh-TW"/>
              </w:rPr>
            </w:pPr>
            <w:r w:rsidRPr="008705CA">
              <w:rPr>
                <w:rFonts w:ascii="標楷體" w:eastAsia="標楷體" w:hAnsi="標楷體" w:cs="標楷體" w:hint="eastAsia"/>
                <w:lang w:eastAsia="zh-TW"/>
              </w:rPr>
              <w:t>□3.國民身份證</w:t>
            </w:r>
            <w:r w:rsidRPr="008705CA">
              <w:rPr>
                <w:rFonts w:ascii="標楷體" w:eastAsia="標楷體" w:hint="eastAsia"/>
                <w:lang w:eastAsia="zh-TW"/>
              </w:rPr>
              <w:t xml:space="preserve"> </w:t>
            </w:r>
          </w:p>
          <w:p w14:paraId="794374FF" w14:textId="77777777" w:rsidR="00D93618" w:rsidRPr="008705CA" w:rsidRDefault="00D93618" w:rsidP="007636B5">
            <w:pPr>
              <w:spacing w:line="340" w:lineRule="exact"/>
              <w:jc w:val="both"/>
              <w:rPr>
                <w:rFonts w:ascii="標楷體" w:eastAsia="標楷體" w:hint="eastAsia"/>
                <w:lang w:eastAsia="zh-TW"/>
              </w:rPr>
            </w:pPr>
            <w:r w:rsidRPr="008705CA">
              <w:rPr>
                <w:rFonts w:ascii="標楷體" w:eastAsia="標楷體" w:hAnsi="標楷體" w:cs="標楷體" w:hint="eastAsia"/>
                <w:lang w:eastAsia="zh-TW"/>
              </w:rPr>
              <w:t>□4.學歷證明（畢業證書）</w:t>
            </w:r>
          </w:p>
          <w:p w14:paraId="2BEC5213" w14:textId="77777777" w:rsidR="00D93618" w:rsidRPr="008705CA" w:rsidRDefault="00D93618" w:rsidP="007636B5">
            <w:pPr>
              <w:spacing w:line="340" w:lineRule="exact"/>
              <w:ind w:left="460" w:hangingChars="200" w:hanging="460"/>
              <w:jc w:val="both"/>
              <w:rPr>
                <w:rFonts w:ascii="標楷體" w:eastAsia="標楷體" w:hint="eastAsia"/>
                <w:lang w:eastAsia="zh-TW"/>
              </w:rPr>
            </w:pPr>
            <w:r w:rsidRPr="008705CA">
              <w:rPr>
                <w:rFonts w:ascii="標楷體" w:eastAsia="標楷體" w:hAnsi="標楷體" w:cs="標楷體" w:hint="eastAsia"/>
                <w:lang w:eastAsia="zh-TW"/>
              </w:rPr>
              <w:t>□5.教師證</w:t>
            </w:r>
            <w:r w:rsidRPr="0044597A">
              <w:rPr>
                <w:rFonts w:ascii="標楷體" w:eastAsia="標楷體" w:hAnsi="標楷體" w:cs="標楷體" w:hint="eastAsia"/>
                <w:sz w:val="16"/>
                <w:szCs w:val="16"/>
                <w:lang w:eastAsia="zh-TW"/>
              </w:rPr>
              <w:t>（如無免附）</w:t>
            </w:r>
          </w:p>
          <w:p w14:paraId="24156AE9" w14:textId="77777777" w:rsidR="00D93618" w:rsidRPr="008705CA" w:rsidRDefault="00D93618" w:rsidP="007636B5">
            <w:pPr>
              <w:spacing w:line="340" w:lineRule="exact"/>
              <w:ind w:left="460" w:hangingChars="200" w:hanging="460"/>
              <w:jc w:val="both"/>
              <w:rPr>
                <w:rFonts w:ascii="標楷體" w:eastAsia="標楷體" w:hint="eastAsia"/>
                <w:lang w:eastAsia="zh-TW"/>
              </w:rPr>
            </w:pPr>
            <w:r w:rsidRPr="008705CA">
              <w:rPr>
                <w:rFonts w:ascii="標楷體" w:eastAsia="標楷體" w:hAnsi="標楷體" w:cs="標楷體" w:hint="eastAsia"/>
                <w:lang w:eastAsia="zh-TW"/>
              </w:rPr>
              <w:t>□6.敘薪通知書、服務證明書</w:t>
            </w:r>
            <w:r w:rsidRPr="0044597A">
              <w:rPr>
                <w:rFonts w:ascii="標楷體" w:eastAsia="標楷體" w:hAnsi="標楷體" w:cs="標楷體" w:hint="eastAsia"/>
                <w:sz w:val="16"/>
                <w:szCs w:val="16"/>
                <w:lang w:eastAsia="zh-TW"/>
              </w:rPr>
              <w:t>（如無免附）</w:t>
            </w:r>
          </w:p>
        </w:tc>
        <w:tc>
          <w:tcPr>
            <w:tcW w:w="3475" w:type="dxa"/>
            <w:gridSpan w:val="4"/>
            <w:vMerge w:val="restart"/>
            <w:tcBorders>
              <w:top w:val="double" w:sz="6" w:space="0" w:color="auto"/>
              <w:left w:val="single" w:sz="6" w:space="0" w:color="auto"/>
              <w:right w:val="single" w:sz="6" w:space="0" w:color="auto"/>
            </w:tcBorders>
          </w:tcPr>
          <w:p w14:paraId="64B33579" w14:textId="77777777" w:rsidR="00D93618" w:rsidRPr="00DB7EB5" w:rsidRDefault="00D93618" w:rsidP="007636B5">
            <w:pPr>
              <w:spacing w:line="340" w:lineRule="exact"/>
              <w:jc w:val="both"/>
              <w:rPr>
                <w:rFonts w:ascii="標楷體" w:eastAsia="標楷體"/>
                <w:lang w:eastAsia="zh-TW"/>
              </w:rPr>
            </w:pPr>
            <w:r w:rsidRPr="008705CA">
              <w:rPr>
                <w:rFonts w:ascii="標楷體" w:eastAsia="標楷體" w:hint="eastAsia"/>
                <w:lang w:eastAsia="zh-TW"/>
              </w:rPr>
              <w:t>□</w:t>
            </w:r>
            <w:r w:rsidRPr="00DB7EB5">
              <w:rPr>
                <w:rFonts w:ascii="標楷體" w:eastAsia="標楷體" w:hint="eastAsia"/>
                <w:lang w:eastAsia="zh-TW"/>
              </w:rPr>
              <w:t>7.新住民語文教學支援工作人</w:t>
            </w:r>
          </w:p>
          <w:p w14:paraId="4A175213" w14:textId="77777777" w:rsidR="00D93618" w:rsidRDefault="00D93618" w:rsidP="007636B5">
            <w:pPr>
              <w:spacing w:line="340" w:lineRule="exact"/>
              <w:jc w:val="both"/>
              <w:rPr>
                <w:rFonts w:ascii="標楷體" w:eastAsia="標楷體"/>
                <w:lang w:eastAsia="zh-TW"/>
              </w:rPr>
            </w:pPr>
            <w:r w:rsidRPr="00DB7EB5">
              <w:rPr>
                <w:rFonts w:ascii="標楷體" w:eastAsia="標楷體" w:hint="eastAsia"/>
                <w:lang w:eastAsia="zh-TW"/>
              </w:rPr>
              <w:t xml:space="preserve">    員資格認證文件</w:t>
            </w:r>
          </w:p>
          <w:p w14:paraId="7BB48B0D" w14:textId="77777777" w:rsidR="00D93618" w:rsidRDefault="00D93618" w:rsidP="007636B5">
            <w:pPr>
              <w:spacing w:line="340" w:lineRule="exact"/>
              <w:ind w:left="690" w:hangingChars="300" w:hanging="690"/>
              <w:jc w:val="both"/>
              <w:rPr>
                <w:rFonts w:ascii="標楷體" w:eastAsia="標楷體" w:hAnsi="標楷體"/>
                <w:lang w:eastAsia="zh-TW"/>
              </w:rPr>
            </w:pPr>
            <w:r w:rsidRPr="008705CA">
              <w:rPr>
                <w:rFonts w:ascii="標楷體" w:eastAsia="標楷體" w:hint="eastAsia"/>
                <w:lang w:eastAsia="zh-TW"/>
              </w:rPr>
              <w:t>□8.</w:t>
            </w:r>
            <w:r>
              <w:rPr>
                <w:rFonts w:ascii="標楷體" w:eastAsia="標楷體" w:hint="eastAsia"/>
                <w:lang w:eastAsia="zh-TW"/>
              </w:rPr>
              <w:t>甄選應試</w:t>
            </w:r>
            <w:r w:rsidRPr="008705CA">
              <w:rPr>
                <w:rFonts w:ascii="標楷體" w:eastAsia="標楷體" w:hAnsi="標楷體" w:hint="eastAsia"/>
                <w:lang w:eastAsia="zh-TW"/>
              </w:rPr>
              <w:t>證</w:t>
            </w:r>
          </w:p>
          <w:p w14:paraId="58475DFE" w14:textId="77777777" w:rsidR="00D93618" w:rsidRDefault="00D93618" w:rsidP="007636B5">
            <w:pPr>
              <w:spacing w:line="340" w:lineRule="exact"/>
              <w:jc w:val="both"/>
              <w:rPr>
                <w:rFonts w:ascii="標楷體" w:eastAsia="標楷體" w:hAnsi="標楷體"/>
                <w:lang w:eastAsia="zh-TW"/>
              </w:rPr>
            </w:pPr>
            <w:r w:rsidRPr="008705CA">
              <w:rPr>
                <w:rFonts w:ascii="標楷體" w:eastAsia="標楷體" w:hint="eastAsia"/>
                <w:lang w:eastAsia="zh-TW"/>
              </w:rPr>
              <w:t>□</w:t>
            </w:r>
            <w:r>
              <w:rPr>
                <w:rFonts w:ascii="標楷體" w:eastAsia="標楷體" w:hint="eastAsia"/>
                <w:lang w:eastAsia="zh-TW"/>
              </w:rPr>
              <w:t>9</w:t>
            </w:r>
            <w:r w:rsidRPr="008705CA">
              <w:rPr>
                <w:rFonts w:ascii="標楷體" w:eastAsia="標楷體" w:hint="eastAsia"/>
                <w:lang w:eastAsia="zh-TW"/>
              </w:rPr>
              <w:t>.</w:t>
            </w:r>
            <w:r>
              <w:rPr>
                <w:rFonts w:ascii="標楷體" w:eastAsia="標楷體" w:hAnsi="標楷體" w:hint="eastAsia"/>
                <w:lang w:eastAsia="zh-TW"/>
              </w:rPr>
              <w:t>未具不得為教育人員情事具</w:t>
            </w:r>
          </w:p>
          <w:p w14:paraId="44EDC53F" w14:textId="77777777" w:rsidR="00D93618" w:rsidRPr="008705CA" w:rsidRDefault="00D93618" w:rsidP="007636B5">
            <w:pPr>
              <w:spacing w:line="340" w:lineRule="exact"/>
              <w:jc w:val="both"/>
              <w:rPr>
                <w:rFonts w:ascii="標楷體" w:eastAsia="標楷體" w:hint="eastAsia"/>
              </w:rPr>
            </w:pPr>
            <w:r>
              <w:rPr>
                <w:rFonts w:ascii="標楷體" w:eastAsia="標楷體" w:hAnsi="標楷體" w:hint="eastAsia"/>
                <w:lang w:eastAsia="zh-TW"/>
              </w:rPr>
              <w:t xml:space="preserve">    </w:t>
            </w:r>
            <w:proofErr w:type="spellStart"/>
            <w:r>
              <w:rPr>
                <w:rFonts w:ascii="標楷體" w:eastAsia="標楷體" w:hAnsi="標楷體" w:hint="eastAsia"/>
              </w:rPr>
              <w:t>結</w:t>
            </w:r>
            <w:r w:rsidRPr="008705CA">
              <w:rPr>
                <w:rFonts w:ascii="標楷體" w:eastAsia="標楷體" w:hAnsi="標楷體" w:hint="eastAsia"/>
              </w:rPr>
              <w:t>書</w:t>
            </w:r>
            <w:proofErr w:type="spellEnd"/>
          </w:p>
          <w:p w14:paraId="70B4D1E8" w14:textId="77777777" w:rsidR="00D93618" w:rsidRPr="00D2101D" w:rsidRDefault="00D93618" w:rsidP="007636B5">
            <w:pPr>
              <w:spacing w:line="340" w:lineRule="exact"/>
              <w:ind w:left="690" w:hangingChars="300" w:hanging="690"/>
              <w:jc w:val="both"/>
              <w:rPr>
                <w:rFonts w:ascii="標楷體" w:eastAsia="標楷體" w:hAnsi="標楷體" w:cs="標楷體"/>
                <w:u w:val="single"/>
              </w:rPr>
            </w:pPr>
          </w:p>
          <w:p w14:paraId="63E5B12F" w14:textId="77777777" w:rsidR="00D93618" w:rsidRPr="00D2101D" w:rsidRDefault="00D93618" w:rsidP="007636B5">
            <w:pPr>
              <w:spacing w:line="340" w:lineRule="exact"/>
              <w:ind w:left="575" w:hangingChars="250" w:hanging="575"/>
              <w:rPr>
                <w:rFonts w:ascii="標楷體" w:eastAsia="標楷體" w:hAnsi="標楷體" w:cs="標楷體" w:hint="eastAsia"/>
                <w:u w:val="single"/>
              </w:rPr>
            </w:pPr>
          </w:p>
        </w:tc>
        <w:tc>
          <w:tcPr>
            <w:tcW w:w="3196" w:type="dxa"/>
            <w:gridSpan w:val="7"/>
            <w:tcBorders>
              <w:top w:val="double" w:sz="6" w:space="0" w:color="auto"/>
              <w:left w:val="single" w:sz="6" w:space="0" w:color="auto"/>
              <w:bottom w:val="single" w:sz="6" w:space="0" w:color="auto"/>
              <w:right w:val="double" w:sz="6" w:space="0" w:color="auto"/>
            </w:tcBorders>
            <w:shd w:val="pct10" w:color="auto" w:fill="auto"/>
            <w:vAlign w:val="center"/>
          </w:tcPr>
          <w:p w14:paraId="7DCB344F" w14:textId="77777777" w:rsidR="00D93618" w:rsidRPr="008705CA" w:rsidRDefault="00D93618" w:rsidP="007636B5">
            <w:pPr>
              <w:jc w:val="center"/>
              <w:rPr>
                <w:rFonts w:ascii="PMingLiU" w:hAnsi="PMingLiU" w:hint="eastAsia"/>
                <w:b/>
              </w:rPr>
            </w:pPr>
            <w:r w:rsidRPr="008705CA">
              <w:rPr>
                <w:rFonts w:ascii="PMingLiU" w:eastAsia="PMingLiU" w:hAnsi="PMingLiU" w:cs="PMingLiU" w:hint="eastAsia"/>
                <w:b/>
              </w:rPr>
              <w:t>受</w:t>
            </w:r>
            <w:r w:rsidRPr="008705CA">
              <w:rPr>
                <w:rFonts w:ascii="PMingLiU" w:hAnsi="PMingLiU" w:hint="eastAsia"/>
                <w:b/>
              </w:rPr>
              <w:t xml:space="preserve"> </w:t>
            </w:r>
            <w:r w:rsidRPr="008705CA">
              <w:rPr>
                <w:rFonts w:ascii="PMingLiU" w:eastAsia="PMingLiU" w:hAnsi="PMingLiU" w:cs="PMingLiU" w:hint="eastAsia"/>
                <w:b/>
              </w:rPr>
              <w:t>理</w:t>
            </w:r>
            <w:r w:rsidRPr="008705CA">
              <w:rPr>
                <w:rFonts w:ascii="PMingLiU" w:hAnsi="PMingLiU" w:hint="eastAsia"/>
                <w:b/>
              </w:rPr>
              <w:t xml:space="preserve"> </w:t>
            </w:r>
            <w:r w:rsidRPr="008705CA">
              <w:rPr>
                <w:rFonts w:ascii="PMingLiU" w:eastAsia="PMingLiU" w:hAnsi="PMingLiU" w:cs="PMingLiU" w:hint="eastAsia"/>
                <w:b/>
              </w:rPr>
              <w:t>流</w:t>
            </w:r>
            <w:r w:rsidRPr="008705CA">
              <w:rPr>
                <w:rFonts w:ascii="PMingLiU" w:hAnsi="PMingLiU" w:hint="eastAsia"/>
                <w:b/>
              </w:rPr>
              <w:t xml:space="preserve"> </w:t>
            </w:r>
            <w:r w:rsidRPr="008705CA">
              <w:rPr>
                <w:rFonts w:ascii="PMingLiU" w:eastAsia="PMingLiU" w:hAnsi="PMingLiU" w:cs="PMingLiU" w:hint="eastAsia"/>
                <w:b/>
              </w:rPr>
              <w:t>程</w:t>
            </w:r>
            <w:r w:rsidRPr="008705CA">
              <w:rPr>
                <w:rFonts w:ascii="PMingLiU" w:hAnsi="PMingLiU" w:hint="eastAsia"/>
                <w:b/>
              </w:rPr>
              <w:t xml:space="preserve"> </w:t>
            </w:r>
            <w:r w:rsidRPr="008705CA">
              <w:rPr>
                <w:rFonts w:ascii="PMingLiU" w:eastAsia="PMingLiU" w:hAnsi="PMingLiU" w:cs="PMingLiU" w:hint="eastAsia"/>
                <w:b/>
              </w:rPr>
              <w:t>與</w:t>
            </w:r>
            <w:r w:rsidRPr="008705CA">
              <w:rPr>
                <w:rFonts w:ascii="PMingLiU" w:hAnsi="PMingLiU" w:hint="eastAsia"/>
                <w:b/>
              </w:rPr>
              <w:t xml:space="preserve"> </w:t>
            </w:r>
            <w:r w:rsidRPr="008705CA">
              <w:rPr>
                <w:rFonts w:ascii="PMingLiU" w:eastAsia="PMingLiU" w:hAnsi="PMingLiU" w:cs="PMingLiU" w:hint="eastAsia"/>
                <w:b/>
              </w:rPr>
              <w:t>註</w:t>
            </w:r>
            <w:r w:rsidRPr="008705CA">
              <w:rPr>
                <w:rFonts w:ascii="PMingLiU" w:hAnsi="PMingLiU" w:hint="eastAsia"/>
                <w:b/>
              </w:rPr>
              <w:t xml:space="preserve"> </w:t>
            </w:r>
            <w:r w:rsidRPr="008705CA">
              <w:rPr>
                <w:rFonts w:ascii="PMingLiU" w:eastAsia="PMingLiU" w:hAnsi="PMingLiU" w:cs="PMingLiU" w:hint="eastAsia"/>
                <w:b/>
              </w:rPr>
              <w:t>記</w:t>
            </w:r>
          </w:p>
        </w:tc>
      </w:tr>
      <w:tr w:rsidR="00D93618" w:rsidRPr="00F35CB8" w14:paraId="6FC6AEEE" w14:textId="77777777" w:rsidTr="00D93618">
        <w:trPr>
          <w:trHeight w:val="850"/>
        </w:trPr>
        <w:tc>
          <w:tcPr>
            <w:tcW w:w="503" w:type="dxa"/>
            <w:vMerge/>
            <w:tcBorders>
              <w:left w:val="double" w:sz="6" w:space="0" w:color="auto"/>
              <w:right w:val="single" w:sz="6" w:space="0" w:color="auto"/>
            </w:tcBorders>
            <w:textDirection w:val="tbRlV"/>
            <w:vAlign w:val="center"/>
          </w:tcPr>
          <w:p w14:paraId="369BBC1A" w14:textId="77777777" w:rsidR="00D93618" w:rsidRPr="00F35CB8" w:rsidRDefault="00D93618" w:rsidP="007636B5">
            <w:pPr>
              <w:adjustRightInd w:val="0"/>
              <w:snapToGrid w:val="0"/>
              <w:spacing w:line="240" w:lineRule="atLeast"/>
              <w:ind w:left="113" w:right="113"/>
              <w:jc w:val="distribute"/>
              <w:rPr>
                <w:rFonts w:ascii="標楷體" w:eastAsia="標楷體" w:hAnsi="標楷體"/>
                <w:szCs w:val="20"/>
              </w:rPr>
            </w:pPr>
          </w:p>
        </w:tc>
        <w:tc>
          <w:tcPr>
            <w:tcW w:w="3060" w:type="dxa"/>
            <w:gridSpan w:val="4"/>
            <w:vMerge/>
            <w:tcBorders>
              <w:left w:val="single" w:sz="6" w:space="0" w:color="auto"/>
              <w:right w:val="single" w:sz="6" w:space="0" w:color="auto"/>
            </w:tcBorders>
            <w:vAlign w:val="center"/>
          </w:tcPr>
          <w:p w14:paraId="0F8C0BBD" w14:textId="77777777" w:rsidR="00D93618" w:rsidRPr="00F35CB8" w:rsidRDefault="00D93618" w:rsidP="007636B5">
            <w:pPr>
              <w:adjustRightInd w:val="0"/>
              <w:snapToGrid w:val="0"/>
              <w:spacing w:line="240" w:lineRule="atLeast"/>
              <w:rPr>
                <w:rFonts w:ascii="標楷體" w:eastAsia="標楷體" w:hAnsi="標楷體"/>
                <w:szCs w:val="20"/>
              </w:rPr>
            </w:pPr>
          </w:p>
        </w:tc>
        <w:tc>
          <w:tcPr>
            <w:tcW w:w="3475" w:type="dxa"/>
            <w:gridSpan w:val="4"/>
            <w:vMerge/>
            <w:tcBorders>
              <w:left w:val="single" w:sz="6" w:space="0" w:color="auto"/>
              <w:right w:val="single" w:sz="6" w:space="0" w:color="auto"/>
            </w:tcBorders>
          </w:tcPr>
          <w:p w14:paraId="0AAB006B" w14:textId="77777777" w:rsidR="00D93618" w:rsidRPr="00F35CB8" w:rsidRDefault="00D93618" w:rsidP="007636B5">
            <w:pPr>
              <w:adjustRightInd w:val="0"/>
              <w:snapToGrid w:val="0"/>
              <w:spacing w:line="240" w:lineRule="atLeast"/>
              <w:ind w:left="113" w:right="113"/>
              <w:jc w:val="distribute"/>
              <w:rPr>
                <w:rFonts w:ascii="標楷體" w:eastAsia="標楷體" w:hAnsi="標楷體"/>
                <w:szCs w:val="20"/>
              </w:rPr>
            </w:pPr>
          </w:p>
        </w:tc>
        <w:tc>
          <w:tcPr>
            <w:tcW w:w="798" w:type="dxa"/>
            <w:gridSpan w:val="2"/>
            <w:tcBorders>
              <w:top w:val="single" w:sz="6" w:space="0" w:color="auto"/>
              <w:left w:val="single" w:sz="6" w:space="0" w:color="auto"/>
              <w:bottom w:val="single" w:sz="6" w:space="0" w:color="auto"/>
              <w:right w:val="single" w:sz="6" w:space="0" w:color="auto"/>
            </w:tcBorders>
            <w:vAlign w:val="center"/>
          </w:tcPr>
          <w:p w14:paraId="5D3BC988" w14:textId="77777777" w:rsidR="00D93618" w:rsidRPr="008705CA" w:rsidRDefault="00D93618" w:rsidP="007636B5">
            <w:pPr>
              <w:jc w:val="center"/>
              <w:rPr>
                <w:rFonts w:ascii="標楷體" w:eastAsia="標楷體" w:hint="eastAsia"/>
                <w:w w:val="90"/>
              </w:rPr>
            </w:pPr>
            <w:r w:rsidRPr="008705CA">
              <w:rPr>
                <w:rFonts w:ascii="標楷體" w:eastAsia="標楷體" w:hint="eastAsia"/>
                <w:w w:val="90"/>
              </w:rPr>
              <w:t>1收件</w:t>
            </w:r>
          </w:p>
        </w:tc>
        <w:tc>
          <w:tcPr>
            <w:tcW w:w="846" w:type="dxa"/>
            <w:gridSpan w:val="3"/>
            <w:tcBorders>
              <w:top w:val="single" w:sz="6" w:space="0" w:color="auto"/>
              <w:left w:val="single" w:sz="6" w:space="0" w:color="auto"/>
              <w:bottom w:val="single" w:sz="6" w:space="0" w:color="auto"/>
              <w:right w:val="single" w:sz="6" w:space="0" w:color="auto"/>
            </w:tcBorders>
            <w:vAlign w:val="center"/>
          </w:tcPr>
          <w:p w14:paraId="59AF5D3E" w14:textId="77777777" w:rsidR="00D93618" w:rsidRPr="008705CA" w:rsidRDefault="00D93618" w:rsidP="007636B5">
            <w:pPr>
              <w:jc w:val="center"/>
              <w:rPr>
                <w:rFonts w:ascii="標楷體" w:eastAsia="標楷體" w:hint="eastAsia"/>
                <w:w w:val="90"/>
              </w:rPr>
            </w:pPr>
            <w:r w:rsidRPr="008705CA">
              <w:rPr>
                <w:rFonts w:ascii="標楷體" w:eastAsia="標楷體" w:hint="eastAsia"/>
                <w:w w:val="90"/>
              </w:rPr>
              <w:t>2審查</w:t>
            </w:r>
          </w:p>
        </w:tc>
        <w:tc>
          <w:tcPr>
            <w:tcW w:w="706" w:type="dxa"/>
            <w:tcBorders>
              <w:top w:val="single" w:sz="6" w:space="0" w:color="auto"/>
              <w:left w:val="single" w:sz="6" w:space="0" w:color="auto"/>
              <w:bottom w:val="single" w:sz="6" w:space="0" w:color="auto"/>
              <w:right w:val="single" w:sz="6" w:space="0" w:color="auto"/>
            </w:tcBorders>
            <w:vAlign w:val="center"/>
          </w:tcPr>
          <w:p w14:paraId="3798F083" w14:textId="77777777" w:rsidR="00D93618" w:rsidRPr="008705CA" w:rsidRDefault="00D93618" w:rsidP="007636B5">
            <w:pPr>
              <w:jc w:val="center"/>
              <w:rPr>
                <w:rFonts w:ascii="標楷體" w:eastAsia="標楷體" w:hint="eastAsia"/>
                <w:w w:val="90"/>
              </w:rPr>
            </w:pPr>
            <w:r w:rsidRPr="008705CA">
              <w:rPr>
                <w:rFonts w:ascii="標楷體" w:eastAsia="標楷體" w:hint="eastAsia"/>
                <w:w w:val="90"/>
              </w:rPr>
              <w:t>3收費</w:t>
            </w:r>
          </w:p>
        </w:tc>
        <w:tc>
          <w:tcPr>
            <w:tcW w:w="846" w:type="dxa"/>
            <w:tcBorders>
              <w:top w:val="single" w:sz="6" w:space="0" w:color="auto"/>
              <w:left w:val="single" w:sz="6" w:space="0" w:color="auto"/>
              <w:bottom w:val="single" w:sz="6" w:space="0" w:color="auto"/>
              <w:right w:val="double" w:sz="6" w:space="0" w:color="auto"/>
            </w:tcBorders>
            <w:vAlign w:val="center"/>
          </w:tcPr>
          <w:p w14:paraId="014F9508" w14:textId="77777777" w:rsidR="00D93618" w:rsidRDefault="00D93618" w:rsidP="007636B5">
            <w:pPr>
              <w:spacing w:line="240" w:lineRule="exact"/>
              <w:jc w:val="center"/>
              <w:rPr>
                <w:rFonts w:ascii="標楷體" w:eastAsia="標楷體"/>
                <w:w w:val="90"/>
              </w:rPr>
            </w:pPr>
            <w:r w:rsidRPr="008705CA">
              <w:rPr>
                <w:rFonts w:ascii="標楷體" w:eastAsia="標楷體" w:hint="eastAsia"/>
                <w:w w:val="90"/>
              </w:rPr>
              <w:t>4核發</w:t>
            </w:r>
          </w:p>
          <w:p w14:paraId="6514F34D" w14:textId="77777777" w:rsidR="00D93618" w:rsidRPr="008705CA" w:rsidRDefault="00D93618" w:rsidP="007636B5">
            <w:pPr>
              <w:spacing w:line="240" w:lineRule="exact"/>
              <w:jc w:val="center"/>
              <w:rPr>
                <w:rFonts w:ascii="標楷體" w:eastAsia="標楷體" w:hint="eastAsia"/>
                <w:w w:val="90"/>
              </w:rPr>
            </w:pPr>
            <w:proofErr w:type="spellStart"/>
            <w:r w:rsidRPr="008705CA">
              <w:rPr>
                <w:rFonts w:ascii="標楷體" w:eastAsia="標楷體" w:hint="eastAsia"/>
                <w:w w:val="90"/>
              </w:rPr>
              <w:t>甄試證</w:t>
            </w:r>
            <w:proofErr w:type="spellEnd"/>
          </w:p>
        </w:tc>
      </w:tr>
      <w:tr w:rsidR="00D93618" w:rsidRPr="00F35CB8" w14:paraId="3F281E3A" w14:textId="77777777" w:rsidTr="00D93618">
        <w:trPr>
          <w:trHeight w:val="850"/>
        </w:trPr>
        <w:tc>
          <w:tcPr>
            <w:tcW w:w="503" w:type="dxa"/>
            <w:vMerge/>
            <w:tcBorders>
              <w:left w:val="double" w:sz="6" w:space="0" w:color="auto"/>
              <w:right w:val="single" w:sz="6" w:space="0" w:color="auto"/>
            </w:tcBorders>
            <w:textDirection w:val="tbRlV"/>
            <w:vAlign w:val="center"/>
          </w:tcPr>
          <w:p w14:paraId="3431E396" w14:textId="77777777" w:rsidR="00D93618" w:rsidRPr="00F35CB8" w:rsidRDefault="00D93618" w:rsidP="007636B5">
            <w:pPr>
              <w:adjustRightInd w:val="0"/>
              <w:snapToGrid w:val="0"/>
              <w:spacing w:line="240" w:lineRule="atLeast"/>
              <w:ind w:left="113" w:right="113"/>
              <w:jc w:val="distribute"/>
              <w:rPr>
                <w:rFonts w:ascii="標楷體" w:eastAsia="標楷體" w:hAnsi="標楷體"/>
                <w:szCs w:val="20"/>
              </w:rPr>
            </w:pPr>
          </w:p>
        </w:tc>
        <w:tc>
          <w:tcPr>
            <w:tcW w:w="3060" w:type="dxa"/>
            <w:gridSpan w:val="4"/>
            <w:vMerge/>
            <w:tcBorders>
              <w:left w:val="single" w:sz="6" w:space="0" w:color="auto"/>
              <w:right w:val="single" w:sz="6" w:space="0" w:color="auto"/>
            </w:tcBorders>
            <w:vAlign w:val="center"/>
          </w:tcPr>
          <w:p w14:paraId="78F4C662" w14:textId="77777777" w:rsidR="00D93618" w:rsidRPr="00F35CB8" w:rsidRDefault="00D93618" w:rsidP="007636B5">
            <w:pPr>
              <w:adjustRightInd w:val="0"/>
              <w:snapToGrid w:val="0"/>
              <w:spacing w:line="240" w:lineRule="atLeast"/>
              <w:rPr>
                <w:rFonts w:ascii="標楷體" w:eastAsia="標楷體" w:hAnsi="標楷體"/>
                <w:szCs w:val="20"/>
              </w:rPr>
            </w:pPr>
          </w:p>
        </w:tc>
        <w:tc>
          <w:tcPr>
            <w:tcW w:w="3475" w:type="dxa"/>
            <w:gridSpan w:val="4"/>
            <w:vMerge/>
            <w:tcBorders>
              <w:left w:val="single" w:sz="6" w:space="0" w:color="auto"/>
              <w:right w:val="single" w:sz="6" w:space="0" w:color="auto"/>
            </w:tcBorders>
          </w:tcPr>
          <w:p w14:paraId="616B9616" w14:textId="77777777" w:rsidR="00D93618" w:rsidRPr="00F35CB8" w:rsidRDefault="00D93618" w:rsidP="007636B5">
            <w:pPr>
              <w:adjustRightInd w:val="0"/>
              <w:snapToGrid w:val="0"/>
              <w:spacing w:line="240" w:lineRule="atLeast"/>
              <w:ind w:left="113" w:right="113"/>
              <w:jc w:val="distribute"/>
              <w:rPr>
                <w:rFonts w:ascii="標楷體" w:eastAsia="標楷體" w:hAnsi="標楷體"/>
                <w:szCs w:val="20"/>
              </w:rPr>
            </w:pPr>
          </w:p>
        </w:tc>
        <w:tc>
          <w:tcPr>
            <w:tcW w:w="798" w:type="dxa"/>
            <w:gridSpan w:val="2"/>
            <w:tcBorders>
              <w:top w:val="single" w:sz="6" w:space="0" w:color="auto"/>
              <w:left w:val="single" w:sz="6" w:space="0" w:color="auto"/>
              <w:bottom w:val="single" w:sz="6" w:space="0" w:color="auto"/>
              <w:right w:val="single" w:sz="6" w:space="0" w:color="auto"/>
            </w:tcBorders>
            <w:vAlign w:val="center"/>
          </w:tcPr>
          <w:p w14:paraId="7769A6D3" w14:textId="77777777" w:rsidR="00D93618" w:rsidRPr="008705CA" w:rsidRDefault="00D93618" w:rsidP="007636B5">
            <w:pPr>
              <w:jc w:val="both"/>
              <w:rPr>
                <w:rFonts w:ascii="標楷體" w:eastAsia="標楷體" w:hint="eastAsia"/>
                <w:w w:val="90"/>
              </w:rPr>
            </w:pPr>
            <w:r w:rsidRPr="008705CA">
              <w:rPr>
                <w:rFonts w:ascii="標楷體" w:eastAsia="標楷體" w:hint="eastAsia"/>
                <w:w w:val="90"/>
              </w:rPr>
              <w:t>□</w:t>
            </w:r>
            <w:proofErr w:type="spellStart"/>
            <w:r w:rsidRPr="008705CA">
              <w:rPr>
                <w:rFonts w:ascii="標楷體" w:eastAsia="標楷體" w:hint="eastAsia"/>
                <w:w w:val="90"/>
              </w:rPr>
              <w:t>齊全</w:t>
            </w:r>
            <w:proofErr w:type="spellEnd"/>
          </w:p>
          <w:p w14:paraId="2B31EEE1" w14:textId="77777777" w:rsidR="00D93618" w:rsidRPr="008705CA" w:rsidRDefault="00D93618" w:rsidP="007636B5">
            <w:pPr>
              <w:jc w:val="both"/>
              <w:rPr>
                <w:rFonts w:ascii="標楷體" w:eastAsia="標楷體" w:hint="eastAsia"/>
                <w:w w:val="90"/>
              </w:rPr>
            </w:pPr>
            <w:r w:rsidRPr="008705CA">
              <w:rPr>
                <w:rFonts w:ascii="標楷體" w:eastAsia="標楷體" w:hint="eastAsia"/>
                <w:w w:val="90"/>
              </w:rPr>
              <w:t>□缺：</w:t>
            </w:r>
          </w:p>
        </w:tc>
        <w:tc>
          <w:tcPr>
            <w:tcW w:w="846" w:type="dxa"/>
            <w:gridSpan w:val="3"/>
            <w:tcBorders>
              <w:top w:val="single" w:sz="6" w:space="0" w:color="auto"/>
              <w:left w:val="single" w:sz="6" w:space="0" w:color="auto"/>
              <w:bottom w:val="single" w:sz="6" w:space="0" w:color="auto"/>
              <w:right w:val="single" w:sz="6" w:space="0" w:color="auto"/>
            </w:tcBorders>
            <w:vAlign w:val="center"/>
          </w:tcPr>
          <w:p w14:paraId="35A5FBBD" w14:textId="77777777" w:rsidR="00D93618" w:rsidRPr="008705CA" w:rsidRDefault="00D93618" w:rsidP="007636B5">
            <w:pPr>
              <w:jc w:val="both"/>
              <w:rPr>
                <w:rFonts w:ascii="標楷體" w:eastAsia="標楷體" w:hint="eastAsia"/>
                <w:w w:val="90"/>
              </w:rPr>
            </w:pPr>
            <w:r w:rsidRPr="008705CA">
              <w:rPr>
                <w:rFonts w:ascii="標楷體" w:eastAsia="標楷體" w:hint="eastAsia"/>
                <w:w w:val="90"/>
              </w:rPr>
              <w:t>□</w:t>
            </w:r>
            <w:proofErr w:type="spellStart"/>
            <w:r w:rsidRPr="008705CA">
              <w:rPr>
                <w:rFonts w:ascii="標楷體" w:eastAsia="標楷體" w:hint="eastAsia"/>
                <w:w w:val="90"/>
              </w:rPr>
              <w:t>合格</w:t>
            </w:r>
            <w:proofErr w:type="spellEnd"/>
          </w:p>
          <w:p w14:paraId="3BB75EDF" w14:textId="77777777" w:rsidR="00D93618" w:rsidRPr="008705CA" w:rsidRDefault="00D93618" w:rsidP="007636B5">
            <w:pPr>
              <w:jc w:val="both"/>
              <w:rPr>
                <w:rFonts w:ascii="標楷體" w:eastAsia="標楷體" w:hint="eastAsia"/>
                <w:w w:val="90"/>
              </w:rPr>
            </w:pPr>
            <w:r w:rsidRPr="008705CA">
              <w:rPr>
                <w:rFonts w:ascii="標楷體" w:eastAsia="標楷體" w:hint="eastAsia"/>
                <w:w w:val="90"/>
              </w:rPr>
              <w:t>□</w:t>
            </w:r>
            <w:proofErr w:type="spellStart"/>
            <w:r w:rsidRPr="008705CA">
              <w:rPr>
                <w:rFonts w:ascii="標楷體" w:eastAsia="標楷體" w:hint="eastAsia"/>
                <w:spacing w:val="-20"/>
                <w:w w:val="80"/>
              </w:rPr>
              <w:t>不合格</w:t>
            </w:r>
            <w:proofErr w:type="spellEnd"/>
          </w:p>
        </w:tc>
        <w:tc>
          <w:tcPr>
            <w:tcW w:w="706" w:type="dxa"/>
            <w:tcBorders>
              <w:top w:val="single" w:sz="6" w:space="0" w:color="auto"/>
              <w:left w:val="single" w:sz="6" w:space="0" w:color="auto"/>
              <w:bottom w:val="single" w:sz="6" w:space="0" w:color="auto"/>
              <w:right w:val="single" w:sz="6" w:space="0" w:color="auto"/>
            </w:tcBorders>
            <w:vAlign w:val="center"/>
          </w:tcPr>
          <w:p w14:paraId="04BF695B" w14:textId="77777777" w:rsidR="00D93618" w:rsidRPr="008705CA" w:rsidRDefault="00D93618" w:rsidP="007636B5">
            <w:pPr>
              <w:jc w:val="center"/>
              <w:rPr>
                <w:rFonts w:ascii="標楷體" w:eastAsia="標楷體" w:hint="eastAsia"/>
                <w:w w:val="90"/>
              </w:rPr>
            </w:pPr>
            <w:r>
              <w:rPr>
                <w:rFonts w:ascii="標楷體" w:eastAsia="標楷體" w:hint="eastAsia"/>
                <w:w w:val="90"/>
              </w:rPr>
              <w:t>(</w:t>
            </w:r>
            <w:proofErr w:type="spellStart"/>
            <w:r>
              <w:rPr>
                <w:rFonts w:ascii="標楷體" w:eastAsia="標楷體" w:hint="eastAsia"/>
                <w:w w:val="90"/>
              </w:rPr>
              <w:t>免費</w:t>
            </w:r>
            <w:proofErr w:type="spellEnd"/>
            <w:r>
              <w:rPr>
                <w:rFonts w:ascii="標楷體" w:eastAsia="標楷體" w:hint="eastAsia"/>
                <w:w w:val="90"/>
              </w:rPr>
              <w:t>)</w:t>
            </w:r>
          </w:p>
        </w:tc>
        <w:tc>
          <w:tcPr>
            <w:tcW w:w="846" w:type="dxa"/>
            <w:tcBorders>
              <w:top w:val="single" w:sz="6" w:space="0" w:color="auto"/>
              <w:left w:val="single" w:sz="6" w:space="0" w:color="auto"/>
              <w:bottom w:val="single" w:sz="6" w:space="0" w:color="auto"/>
              <w:right w:val="double" w:sz="6" w:space="0" w:color="auto"/>
            </w:tcBorders>
            <w:vAlign w:val="center"/>
          </w:tcPr>
          <w:p w14:paraId="3E398174" w14:textId="77777777" w:rsidR="00D93618" w:rsidRPr="008705CA" w:rsidRDefault="00D93618" w:rsidP="007636B5">
            <w:pPr>
              <w:jc w:val="center"/>
              <w:rPr>
                <w:rFonts w:ascii="標楷體" w:eastAsia="標楷體" w:hint="eastAsia"/>
                <w:w w:val="90"/>
              </w:rPr>
            </w:pPr>
          </w:p>
        </w:tc>
      </w:tr>
    </w:tbl>
    <w:p w14:paraId="27C0E117" w14:textId="5596B16A" w:rsidR="00924894" w:rsidRDefault="00000000">
      <w:pPr>
        <w:keepNext/>
        <w:spacing w:after="160"/>
        <w:jc w:val="center"/>
        <w:rPr>
          <w:lang w:eastAsia="zh-TW"/>
        </w:rPr>
      </w:pPr>
      <w:r>
        <w:rPr>
          <w:b/>
          <w:sz w:val="28"/>
          <w:lang w:eastAsia="zh-TW"/>
        </w:rPr>
        <w:lastRenderedPageBreak/>
        <w:t>附件二</w:t>
      </w:r>
      <w:r>
        <w:rPr>
          <w:b/>
          <w:sz w:val="28"/>
          <w:lang w:eastAsia="zh-TW"/>
        </w:rPr>
        <w:br/>
        <w:t>具　結　書</w:t>
      </w:r>
    </w:p>
    <w:p w14:paraId="2D87EE4C" w14:textId="77777777" w:rsidR="00924894" w:rsidRDefault="00000000">
      <w:pPr>
        <w:spacing w:after="160"/>
        <w:jc w:val="right"/>
        <w:rPr>
          <w:lang w:eastAsia="zh-TW"/>
        </w:rPr>
      </w:pPr>
      <w:r>
        <w:rPr>
          <w:sz w:val="22"/>
          <w:lang w:eastAsia="zh-TW"/>
        </w:rPr>
        <w:t>編號：__________________</w:t>
      </w:r>
    </w:p>
    <w:p w14:paraId="52CDA343" w14:textId="77777777" w:rsidR="00924894" w:rsidRDefault="00000000">
      <w:pPr>
        <w:spacing w:after="120"/>
        <w:ind w:firstLine="482"/>
        <w:rPr>
          <w:lang w:eastAsia="zh-TW"/>
        </w:rPr>
      </w:pPr>
      <w:r>
        <w:rPr>
          <w:sz w:val="24"/>
          <w:lang w:eastAsia="zh-TW"/>
        </w:rPr>
        <w:t>立具結書人　　　　　　　　　參加「新北市貢寮區和美國民小學 115 學年度新住民語文（越南語）教學支援工作人員甄選」，保證本人確無教師法第 19 條、教育人員任用條例第 31 條及第 33 條、高級中等以下學校兼任代課及代理教師聘任辦法第 9 條等規定不得為教育人員或不得聘任之各項情事。</w:t>
      </w:r>
    </w:p>
    <w:p w14:paraId="35FD3062" w14:textId="77777777" w:rsidR="00924894" w:rsidRDefault="00000000">
      <w:pPr>
        <w:spacing w:after="240"/>
        <w:ind w:firstLine="482"/>
        <w:rPr>
          <w:lang w:eastAsia="zh-TW"/>
        </w:rPr>
      </w:pPr>
      <w:r>
        <w:rPr>
          <w:sz w:val="24"/>
          <w:lang w:eastAsia="zh-TW"/>
        </w:rPr>
        <w:t>如有不實，除願負全部法律責任外，並同意取消錄取資格；如已聘用，同意無條件解聘，決無異議。</w:t>
      </w:r>
    </w:p>
    <w:p w14:paraId="4D3600C8" w14:textId="77777777" w:rsidR="00924894" w:rsidRDefault="00000000">
      <w:pPr>
        <w:spacing w:after="40"/>
        <w:rPr>
          <w:lang w:eastAsia="zh-TW"/>
        </w:rPr>
      </w:pPr>
      <w:r>
        <w:rPr>
          <w:sz w:val="24"/>
          <w:lang w:eastAsia="zh-TW"/>
        </w:rPr>
        <w:t>此　致</w:t>
      </w:r>
    </w:p>
    <w:p w14:paraId="2BC8E90D" w14:textId="77777777" w:rsidR="00924894" w:rsidRDefault="00000000">
      <w:pPr>
        <w:spacing w:after="280"/>
        <w:rPr>
          <w:lang w:eastAsia="zh-TW"/>
        </w:rPr>
      </w:pPr>
      <w:r>
        <w:rPr>
          <w:sz w:val="24"/>
          <w:lang w:eastAsia="zh-TW"/>
        </w:rPr>
        <w:t>新北市貢寮區和美國民小學</w:t>
      </w:r>
    </w:p>
    <w:p w14:paraId="55A15CE1" w14:textId="77777777" w:rsidR="00924894" w:rsidRDefault="00000000">
      <w:pPr>
        <w:spacing w:after="120"/>
        <w:rPr>
          <w:lang w:eastAsia="zh-TW"/>
        </w:rPr>
      </w:pPr>
      <w:r>
        <w:rPr>
          <w:sz w:val="24"/>
          <w:lang w:eastAsia="zh-TW"/>
        </w:rPr>
        <w:t>具結人：　　　　　　　　　　　　　　　（簽名蓋章）</w:t>
      </w:r>
    </w:p>
    <w:p w14:paraId="2A7516AE" w14:textId="77777777" w:rsidR="00924894" w:rsidRDefault="00000000">
      <w:pPr>
        <w:spacing w:after="120"/>
        <w:rPr>
          <w:lang w:eastAsia="zh-TW"/>
        </w:rPr>
      </w:pPr>
      <w:r>
        <w:rPr>
          <w:sz w:val="24"/>
          <w:lang w:eastAsia="zh-TW"/>
        </w:rPr>
        <w:t>身分證字號／居留證號：</w:t>
      </w:r>
    </w:p>
    <w:p w14:paraId="68F3DD1C" w14:textId="77777777" w:rsidR="00924894" w:rsidRDefault="00000000">
      <w:pPr>
        <w:spacing w:after="120"/>
        <w:rPr>
          <w:lang w:eastAsia="zh-TW"/>
        </w:rPr>
      </w:pPr>
      <w:r>
        <w:rPr>
          <w:sz w:val="24"/>
          <w:lang w:eastAsia="zh-TW"/>
        </w:rPr>
        <w:t>住址：</w:t>
      </w:r>
    </w:p>
    <w:p w14:paraId="6E767B72" w14:textId="77777777" w:rsidR="00924894" w:rsidRDefault="00000000">
      <w:pPr>
        <w:spacing w:after="120"/>
        <w:rPr>
          <w:lang w:eastAsia="zh-TW"/>
        </w:rPr>
      </w:pPr>
      <w:r>
        <w:rPr>
          <w:sz w:val="24"/>
          <w:lang w:eastAsia="zh-TW"/>
        </w:rPr>
        <w:t>聯絡電話：</w:t>
      </w:r>
    </w:p>
    <w:p w14:paraId="526AC36B" w14:textId="77777777" w:rsidR="00924894" w:rsidRDefault="00000000">
      <w:pPr>
        <w:spacing w:after="120"/>
        <w:rPr>
          <w:lang w:eastAsia="zh-TW"/>
        </w:rPr>
      </w:pPr>
      <w:r>
        <w:rPr>
          <w:sz w:val="24"/>
          <w:lang w:eastAsia="zh-TW"/>
        </w:rPr>
        <w:t>中華民國 115 年　　　　月　　　　日</w:t>
      </w:r>
    </w:p>
    <w:p w14:paraId="64D7B536" w14:textId="77777777" w:rsidR="00924894" w:rsidRDefault="00000000">
      <w:pPr>
        <w:spacing w:after="40"/>
        <w:rPr>
          <w:lang w:eastAsia="zh-TW"/>
        </w:rPr>
      </w:pPr>
      <w:r>
        <w:rPr>
          <w:b/>
          <w:lang w:eastAsia="zh-TW"/>
        </w:rPr>
        <w:t>附件二之一：切結事項摘要</w:t>
      </w:r>
    </w:p>
    <w:p w14:paraId="424FD48C" w14:textId="77777777" w:rsidR="00924894" w:rsidRDefault="00000000">
      <w:pPr>
        <w:spacing w:after="20"/>
        <w:rPr>
          <w:lang w:eastAsia="zh-TW"/>
        </w:rPr>
      </w:pPr>
      <w:r>
        <w:rPr>
          <w:sz w:val="21"/>
          <w:lang w:eastAsia="zh-TW"/>
        </w:rPr>
        <w:t>一、無教師法第 19 條所稱不得聘任為教師之情形。</w:t>
      </w:r>
    </w:p>
    <w:p w14:paraId="0B99E956" w14:textId="77777777" w:rsidR="00924894" w:rsidRDefault="00000000">
      <w:pPr>
        <w:spacing w:after="20"/>
        <w:rPr>
          <w:lang w:eastAsia="zh-TW"/>
        </w:rPr>
      </w:pPr>
      <w:r>
        <w:rPr>
          <w:sz w:val="21"/>
          <w:lang w:eastAsia="zh-TW"/>
        </w:rPr>
        <w:t>二、無教育人員任用條例第 31 條及第 33 條各款情事。</w:t>
      </w:r>
    </w:p>
    <w:p w14:paraId="2A993FFE" w14:textId="77777777" w:rsidR="00924894" w:rsidRDefault="00000000">
      <w:pPr>
        <w:spacing w:after="20"/>
        <w:rPr>
          <w:lang w:eastAsia="zh-TW"/>
        </w:rPr>
      </w:pPr>
      <w:r>
        <w:rPr>
          <w:sz w:val="21"/>
          <w:lang w:eastAsia="zh-TW"/>
        </w:rPr>
        <w:t>三、無高級中等以下學校兼任代課及代理教師聘任辦法第 9 條所稱不得聘任之情形。</w:t>
      </w:r>
    </w:p>
    <w:p w14:paraId="5438AC25" w14:textId="77777777" w:rsidR="00924894" w:rsidRDefault="00000000">
      <w:pPr>
        <w:spacing w:after="20"/>
        <w:rPr>
          <w:lang w:eastAsia="zh-TW"/>
        </w:rPr>
      </w:pPr>
      <w:r>
        <w:rPr>
          <w:sz w:val="21"/>
          <w:lang w:eastAsia="zh-TW"/>
        </w:rPr>
        <w:t>四、所繳驗之證件與資格證明均屬實，如有偽造、變造或不實，願自負法律責任。</w:t>
      </w:r>
    </w:p>
    <w:p w14:paraId="1D30DC1D" w14:textId="77777777" w:rsidR="00924894" w:rsidRDefault="00000000">
      <w:pPr>
        <w:rPr>
          <w:lang w:eastAsia="zh-TW"/>
        </w:rPr>
      </w:pPr>
      <w:r>
        <w:rPr>
          <w:lang w:eastAsia="zh-TW"/>
        </w:rPr>
        <w:br w:type="page"/>
      </w:r>
    </w:p>
    <w:p w14:paraId="767901C0" w14:textId="77777777" w:rsidR="00924894" w:rsidRDefault="00000000">
      <w:pPr>
        <w:keepNext/>
        <w:spacing w:after="160"/>
        <w:jc w:val="center"/>
        <w:rPr>
          <w:lang w:eastAsia="zh-TW"/>
        </w:rPr>
      </w:pPr>
      <w:r>
        <w:rPr>
          <w:b/>
          <w:sz w:val="28"/>
          <w:lang w:eastAsia="zh-TW"/>
        </w:rPr>
        <w:lastRenderedPageBreak/>
        <w:t>附件三</w:t>
      </w:r>
      <w:r>
        <w:rPr>
          <w:b/>
          <w:sz w:val="28"/>
          <w:lang w:eastAsia="zh-TW"/>
        </w:rPr>
        <w:br/>
        <w:t>新北市貢寮區和美國民小學 115 學年度新住民語文（越南語）</w:t>
      </w:r>
      <w:r>
        <w:rPr>
          <w:b/>
          <w:sz w:val="28"/>
          <w:lang w:eastAsia="zh-TW"/>
        </w:rPr>
        <w:br/>
        <w:t>教學支援工作人員甄選簡要自傳</w:t>
      </w:r>
    </w:p>
    <w:p w14:paraId="1B450BF4" w14:textId="77777777" w:rsidR="00924894" w:rsidRDefault="00000000">
      <w:pPr>
        <w:spacing w:after="120"/>
      </w:pPr>
      <w:proofErr w:type="spellStart"/>
      <w:r>
        <w:rPr>
          <w:sz w:val="22"/>
        </w:rPr>
        <w:t>姓名</w:t>
      </w:r>
      <w:proofErr w:type="spellEnd"/>
      <w:r>
        <w:rPr>
          <w:sz w:val="22"/>
        </w:rPr>
        <w:t>：________________________</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0489"/>
      </w:tblGrid>
      <w:tr w:rsidR="00924894" w14:paraId="7A73BD9E" w14:textId="77777777">
        <w:trPr>
          <w:cantSplit/>
          <w:jc w:val="center"/>
        </w:trPr>
        <w:tc>
          <w:tcPr>
            <w:tcW w:w="10489" w:type="dxa"/>
          </w:tcPr>
          <w:p w14:paraId="42E84404" w14:textId="77777777" w:rsidR="00924894" w:rsidRDefault="00000000">
            <w:pPr>
              <w:spacing w:after="40"/>
            </w:pPr>
            <w:r>
              <w:rPr>
                <w:b/>
                <w:sz w:val="22"/>
              </w:rPr>
              <w:t>一、求學過程：</w:t>
            </w:r>
          </w:p>
          <w:p w14:paraId="63862604" w14:textId="77777777" w:rsidR="00924894" w:rsidRDefault="00924894">
            <w:pPr>
              <w:spacing w:after="160"/>
            </w:pPr>
          </w:p>
          <w:p w14:paraId="2C6D5C1E" w14:textId="77777777" w:rsidR="00924894" w:rsidRDefault="00924894">
            <w:pPr>
              <w:spacing w:after="160"/>
            </w:pPr>
          </w:p>
        </w:tc>
      </w:tr>
      <w:tr w:rsidR="00924894" w14:paraId="19D36B89" w14:textId="77777777">
        <w:trPr>
          <w:cantSplit/>
          <w:jc w:val="center"/>
        </w:trPr>
        <w:tc>
          <w:tcPr>
            <w:tcW w:w="10489" w:type="dxa"/>
          </w:tcPr>
          <w:p w14:paraId="453E449E" w14:textId="77777777" w:rsidR="00924894" w:rsidRDefault="00000000">
            <w:pPr>
              <w:spacing w:after="40"/>
            </w:pPr>
            <w:r>
              <w:rPr>
                <w:b/>
                <w:sz w:val="22"/>
              </w:rPr>
              <w:t>二、教學理念：</w:t>
            </w:r>
          </w:p>
          <w:p w14:paraId="00DB42BC" w14:textId="77777777" w:rsidR="00924894" w:rsidRDefault="00924894">
            <w:pPr>
              <w:spacing w:after="160"/>
            </w:pPr>
          </w:p>
          <w:p w14:paraId="769BD7E5" w14:textId="77777777" w:rsidR="00924894" w:rsidRDefault="00924894">
            <w:pPr>
              <w:spacing w:after="160"/>
            </w:pPr>
          </w:p>
          <w:p w14:paraId="53B675D6" w14:textId="77777777" w:rsidR="00924894" w:rsidRDefault="00924894">
            <w:pPr>
              <w:spacing w:after="160"/>
            </w:pPr>
          </w:p>
        </w:tc>
      </w:tr>
      <w:tr w:rsidR="00924894" w14:paraId="36833E42" w14:textId="77777777">
        <w:trPr>
          <w:cantSplit/>
          <w:jc w:val="center"/>
        </w:trPr>
        <w:tc>
          <w:tcPr>
            <w:tcW w:w="10489" w:type="dxa"/>
          </w:tcPr>
          <w:p w14:paraId="5ED1239C" w14:textId="77777777" w:rsidR="00924894" w:rsidRDefault="00000000">
            <w:pPr>
              <w:spacing w:after="40"/>
              <w:rPr>
                <w:lang w:eastAsia="zh-TW"/>
              </w:rPr>
            </w:pPr>
            <w:r>
              <w:rPr>
                <w:b/>
                <w:sz w:val="22"/>
                <w:lang w:eastAsia="zh-TW"/>
              </w:rPr>
              <w:t>三、服務經歷（含任教科別、年級或行政工作）：</w:t>
            </w:r>
          </w:p>
          <w:p w14:paraId="18500465" w14:textId="77777777" w:rsidR="00924894" w:rsidRDefault="00924894">
            <w:pPr>
              <w:spacing w:after="160"/>
              <w:rPr>
                <w:lang w:eastAsia="zh-TW"/>
              </w:rPr>
            </w:pPr>
          </w:p>
          <w:p w14:paraId="50C55FAC" w14:textId="77777777" w:rsidR="00924894" w:rsidRDefault="00924894">
            <w:pPr>
              <w:spacing w:after="160"/>
              <w:rPr>
                <w:lang w:eastAsia="zh-TW"/>
              </w:rPr>
            </w:pPr>
          </w:p>
          <w:p w14:paraId="3EF4202D" w14:textId="77777777" w:rsidR="00924894" w:rsidRDefault="00924894">
            <w:pPr>
              <w:spacing w:after="160"/>
              <w:rPr>
                <w:lang w:eastAsia="zh-TW"/>
              </w:rPr>
            </w:pPr>
          </w:p>
        </w:tc>
      </w:tr>
      <w:tr w:rsidR="00924894" w14:paraId="7B1564DC" w14:textId="77777777">
        <w:trPr>
          <w:cantSplit/>
          <w:jc w:val="center"/>
        </w:trPr>
        <w:tc>
          <w:tcPr>
            <w:tcW w:w="10489" w:type="dxa"/>
          </w:tcPr>
          <w:p w14:paraId="63F830A2" w14:textId="77777777" w:rsidR="00924894" w:rsidRDefault="00000000">
            <w:pPr>
              <w:spacing w:after="40"/>
              <w:rPr>
                <w:lang w:eastAsia="zh-TW"/>
              </w:rPr>
            </w:pPr>
            <w:r>
              <w:rPr>
                <w:b/>
                <w:sz w:val="22"/>
                <w:lang w:eastAsia="zh-TW"/>
              </w:rPr>
              <w:t>四、越南語教學專長與文化融入構想：</w:t>
            </w:r>
          </w:p>
          <w:p w14:paraId="436E9BB5" w14:textId="77777777" w:rsidR="00924894" w:rsidRDefault="00924894">
            <w:pPr>
              <w:spacing w:after="160"/>
              <w:rPr>
                <w:lang w:eastAsia="zh-TW"/>
              </w:rPr>
            </w:pPr>
          </w:p>
          <w:p w14:paraId="055834F7" w14:textId="77777777" w:rsidR="00924894" w:rsidRDefault="00924894">
            <w:pPr>
              <w:spacing w:after="160"/>
              <w:rPr>
                <w:lang w:eastAsia="zh-TW"/>
              </w:rPr>
            </w:pPr>
          </w:p>
          <w:p w14:paraId="23F4A2C7" w14:textId="77777777" w:rsidR="00924894" w:rsidRDefault="00924894">
            <w:pPr>
              <w:spacing w:after="160"/>
              <w:rPr>
                <w:lang w:eastAsia="zh-TW"/>
              </w:rPr>
            </w:pPr>
          </w:p>
        </w:tc>
      </w:tr>
      <w:tr w:rsidR="00924894" w14:paraId="4C2BD67E" w14:textId="77777777">
        <w:trPr>
          <w:cantSplit/>
          <w:jc w:val="center"/>
        </w:trPr>
        <w:tc>
          <w:tcPr>
            <w:tcW w:w="10489" w:type="dxa"/>
          </w:tcPr>
          <w:p w14:paraId="7ECB5171" w14:textId="77777777" w:rsidR="00924894" w:rsidRDefault="00000000">
            <w:pPr>
              <w:spacing w:after="40"/>
            </w:pPr>
            <w:proofErr w:type="spellStart"/>
            <w:r>
              <w:rPr>
                <w:b/>
                <w:sz w:val="22"/>
              </w:rPr>
              <w:t>五、專長與興趣</w:t>
            </w:r>
            <w:proofErr w:type="spellEnd"/>
            <w:r>
              <w:rPr>
                <w:b/>
                <w:sz w:val="22"/>
              </w:rPr>
              <w:t>：</w:t>
            </w:r>
          </w:p>
          <w:p w14:paraId="5900501D" w14:textId="77777777" w:rsidR="00924894" w:rsidRDefault="00924894">
            <w:pPr>
              <w:spacing w:after="160"/>
            </w:pPr>
          </w:p>
          <w:p w14:paraId="7C0E504F" w14:textId="77777777" w:rsidR="00924894" w:rsidRDefault="00924894">
            <w:pPr>
              <w:spacing w:after="160"/>
            </w:pPr>
          </w:p>
        </w:tc>
      </w:tr>
      <w:tr w:rsidR="00924894" w14:paraId="46DA847B" w14:textId="77777777">
        <w:trPr>
          <w:cantSplit/>
          <w:jc w:val="center"/>
        </w:trPr>
        <w:tc>
          <w:tcPr>
            <w:tcW w:w="10489" w:type="dxa"/>
          </w:tcPr>
          <w:p w14:paraId="48D079E9" w14:textId="77777777" w:rsidR="00924894" w:rsidRDefault="00000000">
            <w:pPr>
              <w:spacing w:after="40"/>
              <w:rPr>
                <w:lang w:eastAsia="zh-TW"/>
              </w:rPr>
            </w:pPr>
            <w:r>
              <w:rPr>
                <w:b/>
                <w:sz w:val="22"/>
                <w:lang w:eastAsia="zh-TW"/>
              </w:rPr>
              <w:t>六、參與學校或社會性社團：</w:t>
            </w:r>
          </w:p>
          <w:p w14:paraId="00E1CD32" w14:textId="77777777" w:rsidR="00924894" w:rsidRDefault="00924894">
            <w:pPr>
              <w:spacing w:after="160"/>
              <w:rPr>
                <w:lang w:eastAsia="zh-TW"/>
              </w:rPr>
            </w:pPr>
          </w:p>
          <w:p w14:paraId="718999B4" w14:textId="77777777" w:rsidR="00924894" w:rsidRDefault="00924894">
            <w:pPr>
              <w:spacing w:after="160"/>
              <w:rPr>
                <w:lang w:eastAsia="zh-TW"/>
              </w:rPr>
            </w:pPr>
          </w:p>
        </w:tc>
      </w:tr>
      <w:tr w:rsidR="00924894" w14:paraId="488DDE2E" w14:textId="77777777">
        <w:trPr>
          <w:cantSplit/>
          <w:jc w:val="center"/>
        </w:trPr>
        <w:tc>
          <w:tcPr>
            <w:tcW w:w="10489" w:type="dxa"/>
          </w:tcPr>
          <w:p w14:paraId="48192BE3" w14:textId="77777777" w:rsidR="00924894" w:rsidRDefault="00000000">
            <w:pPr>
              <w:spacing w:after="40"/>
              <w:rPr>
                <w:lang w:eastAsia="zh-TW"/>
              </w:rPr>
            </w:pPr>
            <w:r>
              <w:rPr>
                <w:b/>
                <w:sz w:val="22"/>
                <w:lang w:eastAsia="zh-TW"/>
              </w:rPr>
              <w:t>七、選擇本校的原因及對本校的期望：</w:t>
            </w:r>
          </w:p>
          <w:p w14:paraId="08B58F11" w14:textId="77777777" w:rsidR="00924894" w:rsidRDefault="00924894">
            <w:pPr>
              <w:spacing w:after="160"/>
              <w:rPr>
                <w:lang w:eastAsia="zh-TW"/>
              </w:rPr>
            </w:pPr>
          </w:p>
          <w:p w14:paraId="383E2C5C" w14:textId="77777777" w:rsidR="00924894" w:rsidRDefault="00924894">
            <w:pPr>
              <w:spacing w:after="160"/>
              <w:rPr>
                <w:lang w:eastAsia="zh-TW"/>
              </w:rPr>
            </w:pPr>
          </w:p>
          <w:p w14:paraId="44388D34" w14:textId="77777777" w:rsidR="00924894" w:rsidRDefault="00924894">
            <w:pPr>
              <w:spacing w:after="160"/>
              <w:rPr>
                <w:lang w:eastAsia="zh-TW"/>
              </w:rPr>
            </w:pPr>
          </w:p>
        </w:tc>
      </w:tr>
    </w:tbl>
    <w:p w14:paraId="05915FD5" w14:textId="77777777" w:rsidR="00924894" w:rsidRDefault="00000000">
      <w:pPr>
        <w:spacing w:after="0"/>
        <w:rPr>
          <w:lang w:eastAsia="zh-TW"/>
        </w:rPr>
      </w:pPr>
      <w:r>
        <w:rPr>
          <w:sz w:val="19"/>
          <w:lang w:eastAsia="zh-TW"/>
        </w:rPr>
        <w:t>※ 可電腦繕打後列印簽名，篇幅以 A4 兩頁內為原則。</w:t>
      </w:r>
    </w:p>
    <w:p w14:paraId="35162F0B" w14:textId="77777777" w:rsidR="00924894" w:rsidRDefault="00000000">
      <w:pPr>
        <w:keepNext/>
        <w:spacing w:after="160"/>
        <w:jc w:val="center"/>
        <w:rPr>
          <w:lang w:eastAsia="zh-TW"/>
        </w:rPr>
      </w:pPr>
      <w:r>
        <w:rPr>
          <w:b/>
          <w:sz w:val="28"/>
          <w:lang w:eastAsia="zh-TW"/>
        </w:rPr>
        <w:lastRenderedPageBreak/>
        <w:t>附件四</w:t>
      </w:r>
      <w:r>
        <w:rPr>
          <w:b/>
          <w:sz w:val="28"/>
          <w:lang w:eastAsia="zh-TW"/>
        </w:rPr>
        <w:br/>
        <w:t>委　託　書</w:t>
      </w:r>
    </w:p>
    <w:p w14:paraId="2F178978" w14:textId="77777777" w:rsidR="00924894" w:rsidRDefault="00000000">
      <w:pPr>
        <w:spacing w:after="240"/>
        <w:ind w:firstLine="482"/>
        <w:rPr>
          <w:lang w:eastAsia="zh-TW"/>
        </w:rPr>
      </w:pPr>
      <w:r>
        <w:rPr>
          <w:sz w:val="24"/>
          <w:lang w:eastAsia="zh-TW"/>
        </w:rPr>
        <w:t>立委託書人　　　　　　　　　因 □出國　□重病　□其他（　　　　　　　　　），確實無法親自辦理新北市貢寮區和美國民小學 115 學年度新住民語文（越南語）教學支援工作人員甄選報名相關手續，特委託下列受委託人代為辦理。</w:t>
      </w:r>
    </w:p>
    <w:p w14:paraId="35019D95" w14:textId="77777777" w:rsidR="00924894" w:rsidRDefault="00000000">
      <w:pPr>
        <w:spacing w:after="100"/>
        <w:rPr>
          <w:lang w:eastAsia="zh-TW"/>
        </w:rPr>
      </w:pPr>
      <w:r>
        <w:rPr>
          <w:sz w:val="24"/>
          <w:lang w:eastAsia="zh-TW"/>
        </w:rPr>
        <w:t>此　致</w:t>
      </w:r>
    </w:p>
    <w:p w14:paraId="1A072091" w14:textId="77777777" w:rsidR="00924894" w:rsidRDefault="00000000">
      <w:pPr>
        <w:spacing w:after="100"/>
        <w:rPr>
          <w:lang w:eastAsia="zh-TW"/>
        </w:rPr>
      </w:pPr>
      <w:r>
        <w:rPr>
          <w:sz w:val="24"/>
          <w:lang w:eastAsia="zh-TW"/>
        </w:rPr>
        <w:t>新北市貢寮區和美國民小學</w:t>
      </w:r>
    </w:p>
    <w:p w14:paraId="1E792070" w14:textId="77777777" w:rsidR="00924894" w:rsidRDefault="00924894">
      <w:pPr>
        <w:spacing w:after="100"/>
        <w:rPr>
          <w:lang w:eastAsia="zh-TW"/>
        </w:rPr>
      </w:pPr>
    </w:p>
    <w:p w14:paraId="27DE2049" w14:textId="77777777" w:rsidR="00924894" w:rsidRDefault="00000000">
      <w:pPr>
        <w:spacing w:after="100"/>
        <w:rPr>
          <w:lang w:eastAsia="zh-TW"/>
        </w:rPr>
      </w:pPr>
      <w:r>
        <w:rPr>
          <w:sz w:val="24"/>
          <w:lang w:eastAsia="zh-TW"/>
        </w:rPr>
        <w:t>委託人：　　　　　　　　　　　　　　　（簽章）</w:t>
      </w:r>
    </w:p>
    <w:p w14:paraId="0F8961D2" w14:textId="77777777" w:rsidR="00924894" w:rsidRDefault="00000000">
      <w:pPr>
        <w:spacing w:after="100"/>
        <w:rPr>
          <w:lang w:eastAsia="zh-TW"/>
        </w:rPr>
      </w:pPr>
      <w:r>
        <w:rPr>
          <w:sz w:val="24"/>
          <w:lang w:eastAsia="zh-TW"/>
        </w:rPr>
        <w:t>身分證統一編號／居留證號：</w:t>
      </w:r>
    </w:p>
    <w:p w14:paraId="247A6BD7" w14:textId="77777777" w:rsidR="00924894" w:rsidRDefault="00000000">
      <w:pPr>
        <w:spacing w:after="100"/>
        <w:rPr>
          <w:lang w:eastAsia="zh-TW"/>
        </w:rPr>
      </w:pPr>
      <w:r>
        <w:rPr>
          <w:sz w:val="24"/>
          <w:lang w:eastAsia="zh-TW"/>
        </w:rPr>
        <w:t>聯絡電話：</w:t>
      </w:r>
    </w:p>
    <w:p w14:paraId="0787D394" w14:textId="77777777" w:rsidR="00924894" w:rsidRDefault="00000000">
      <w:pPr>
        <w:spacing w:after="100"/>
        <w:rPr>
          <w:lang w:eastAsia="zh-TW"/>
        </w:rPr>
      </w:pPr>
      <w:r>
        <w:rPr>
          <w:sz w:val="24"/>
          <w:lang w:eastAsia="zh-TW"/>
        </w:rPr>
        <w:t>戶籍地址：</w:t>
      </w:r>
    </w:p>
    <w:p w14:paraId="00CC7849" w14:textId="77777777" w:rsidR="00924894" w:rsidRDefault="00924894">
      <w:pPr>
        <w:spacing w:after="100"/>
        <w:rPr>
          <w:lang w:eastAsia="zh-TW"/>
        </w:rPr>
      </w:pPr>
    </w:p>
    <w:p w14:paraId="3F2F3FBE" w14:textId="77777777" w:rsidR="00924894" w:rsidRDefault="00000000">
      <w:pPr>
        <w:spacing w:after="100"/>
        <w:rPr>
          <w:lang w:eastAsia="zh-TW"/>
        </w:rPr>
      </w:pPr>
      <w:r>
        <w:rPr>
          <w:sz w:val="24"/>
          <w:lang w:eastAsia="zh-TW"/>
        </w:rPr>
        <w:t>受委託人：　　　　　　　　　　　　　　（簽章）</w:t>
      </w:r>
    </w:p>
    <w:p w14:paraId="12AD30D9" w14:textId="77777777" w:rsidR="00924894" w:rsidRDefault="00000000">
      <w:pPr>
        <w:spacing w:after="100"/>
        <w:rPr>
          <w:lang w:eastAsia="zh-TW"/>
        </w:rPr>
      </w:pPr>
      <w:r>
        <w:rPr>
          <w:sz w:val="24"/>
          <w:lang w:eastAsia="zh-TW"/>
        </w:rPr>
        <w:t>身分證統一編號：</w:t>
      </w:r>
    </w:p>
    <w:p w14:paraId="1937A517" w14:textId="77777777" w:rsidR="00924894" w:rsidRDefault="00000000">
      <w:pPr>
        <w:spacing w:after="100"/>
        <w:rPr>
          <w:lang w:eastAsia="zh-TW"/>
        </w:rPr>
      </w:pPr>
      <w:r>
        <w:rPr>
          <w:sz w:val="24"/>
          <w:lang w:eastAsia="zh-TW"/>
        </w:rPr>
        <w:t>聯絡電話：</w:t>
      </w:r>
    </w:p>
    <w:p w14:paraId="06C515F0" w14:textId="77777777" w:rsidR="00924894" w:rsidRDefault="00000000">
      <w:pPr>
        <w:spacing w:after="100"/>
        <w:rPr>
          <w:lang w:eastAsia="zh-TW"/>
        </w:rPr>
      </w:pPr>
      <w:r>
        <w:rPr>
          <w:sz w:val="24"/>
          <w:lang w:eastAsia="zh-TW"/>
        </w:rPr>
        <w:t>戶籍地址：</w:t>
      </w:r>
    </w:p>
    <w:p w14:paraId="51E73C9A" w14:textId="77777777" w:rsidR="00924894" w:rsidRDefault="00924894">
      <w:pPr>
        <w:spacing w:after="100"/>
        <w:rPr>
          <w:lang w:eastAsia="zh-TW"/>
        </w:rPr>
      </w:pPr>
    </w:p>
    <w:p w14:paraId="2F0CC46D" w14:textId="77777777" w:rsidR="00924894" w:rsidRDefault="00000000">
      <w:pPr>
        <w:spacing w:after="100"/>
        <w:rPr>
          <w:lang w:eastAsia="zh-TW"/>
        </w:rPr>
      </w:pPr>
      <w:r>
        <w:rPr>
          <w:sz w:val="24"/>
          <w:lang w:eastAsia="zh-TW"/>
        </w:rPr>
        <w:t>中華民國 115 年　　　　月　　　　日</w:t>
      </w:r>
    </w:p>
    <w:p w14:paraId="17D85354" w14:textId="77777777" w:rsidR="00924894" w:rsidRDefault="00000000">
      <w:pPr>
        <w:spacing w:after="0"/>
        <w:rPr>
          <w:lang w:eastAsia="zh-TW"/>
        </w:rPr>
      </w:pPr>
      <w:r>
        <w:rPr>
          <w:sz w:val="20"/>
          <w:lang w:eastAsia="zh-TW"/>
        </w:rPr>
        <w:t>附註：請受委託人攜帶本人及委託人雙方之國民身分證或居留證正本驗明身分；若為線上電子收件，仍請併附本委託書掃描檔。</w:t>
      </w:r>
    </w:p>
    <w:p w14:paraId="61018D2A" w14:textId="77777777" w:rsidR="00924894" w:rsidRDefault="00000000">
      <w:pPr>
        <w:rPr>
          <w:lang w:eastAsia="zh-TW"/>
        </w:rPr>
      </w:pPr>
      <w:r>
        <w:rPr>
          <w:lang w:eastAsia="zh-TW"/>
        </w:rPr>
        <w:br w:type="page"/>
      </w:r>
    </w:p>
    <w:p w14:paraId="13916152" w14:textId="77777777" w:rsidR="00924894" w:rsidRDefault="00000000">
      <w:pPr>
        <w:keepNext/>
        <w:spacing w:after="160"/>
        <w:jc w:val="center"/>
        <w:rPr>
          <w:lang w:eastAsia="zh-TW"/>
        </w:rPr>
      </w:pPr>
      <w:r>
        <w:rPr>
          <w:b/>
          <w:sz w:val="28"/>
          <w:lang w:eastAsia="zh-TW"/>
        </w:rPr>
        <w:lastRenderedPageBreak/>
        <w:t>附件五</w:t>
      </w:r>
      <w:r>
        <w:rPr>
          <w:b/>
          <w:sz w:val="28"/>
          <w:lang w:eastAsia="zh-TW"/>
        </w:rPr>
        <w:br/>
        <w:t>新北市貢寮區和美國民小學 115 學年度</w:t>
      </w:r>
      <w:r>
        <w:rPr>
          <w:b/>
          <w:sz w:val="28"/>
          <w:lang w:eastAsia="zh-TW"/>
        </w:rPr>
        <w:br/>
        <w:t>新住民語文（越南語）教學支援工作人員甄選應試證</w:t>
      </w:r>
    </w:p>
    <w:p w14:paraId="4B4F5131" w14:textId="77777777" w:rsidR="00924894" w:rsidRDefault="00000000">
      <w:pPr>
        <w:spacing w:after="60"/>
        <w:jc w:val="center"/>
      </w:pPr>
      <w:proofErr w:type="spellStart"/>
      <w:r>
        <w:rPr>
          <w:b/>
          <w:sz w:val="24"/>
        </w:rPr>
        <w:t>應試證（考生留存</w:t>
      </w:r>
      <w:proofErr w:type="spellEnd"/>
      <w:r>
        <w:rPr>
          <w:b/>
          <w:sz w:val="24"/>
        </w:rPr>
        <w:t>）</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4"/>
        <w:gridCol w:w="2835"/>
        <w:gridCol w:w="1814"/>
        <w:gridCol w:w="3855"/>
      </w:tblGrid>
      <w:tr w:rsidR="00924894" w14:paraId="2CF2CF55" w14:textId="77777777">
        <w:trPr>
          <w:jc w:val="center"/>
        </w:trPr>
        <w:tc>
          <w:tcPr>
            <w:tcW w:w="1814" w:type="dxa"/>
            <w:shd w:val="clear" w:color="auto" w:fill="EFEFEF"/>
            <w:vAlign w:val="center"/>
          </w:tcPr>
          <w:p w14:paraId="3CEAACCD" w14:textId="77777777" w:rsidR="00924894" w:rsidRDefault="00000000">
            <w:pPr>
              <w:jc w:val="center"/>
            </w:pPr>
            <w:r>
              <w:rPr>
                <w:b/>
                <w:sz w:val="18"/>
              </w:rPr>
              <w:t>甄選編號</w:t>
            </w:r>
          </w:p>
        </w:tc>
        <w:tc>
          <w:tcPr>
            <w:tcW w:w="2835" w:type="dxa"/>
            <w:vAlign w:val="center"/>
          </w:tcPr>
          <w:p w14:paraId="11F412CF" w14:textId="77777777" w:rsidR="00924894" w:rsidRDefault="00924894"/>
        </w:tc>
        <w:tc>
          <w:tcPr>
            <w:tcW w:w="1814" w:type="dxa"/>
            <w:shd w:val="clear" w:color="auto" w:fill="EFEFEF"/>
            <w:vAlign w:val="center"/>
          </w:tcPr>
          <w:p w14:paraId="5B825CF9" w14:textId="77777777" w:rsidR="00924894" w:rsidRDefault="00000000">
            <w:pPr>
              <w:jc w:val="center"/>
            </w:pPr>
            <w:r>
              <w:rPr>
                <w:b/>
                <w:sz w:val="18"/>
              </w:rPr>
              <w:t>甄試科別</w:t>
            </w:r>
          </w:p>
        </w:tc>
        <w:tc>
          <w:tcPr>
            <w:tcW w:w="3855" w:type="dxa"/>
            <w:vAlign w:val="center"/>
          </w:tcPr>
          <w:p w14:paraId="3335AB21" w14:textId="77777777" w:rsidR="00924894" w:rsidRDefault="00000000">
            <w:pPr>
              <w:rPr>
                <w:lang w:eastAsia="zh-TW"/>
              </w:rPr>
            </w:pPr>
            <w:r>
              <w:rPr>
                <w:sz w:val="18"/>
                <w:lang w:eastAsia="zh-TW"/>
              </w:rPr>
              <w:t>新住民語文（越南語）</w:t>
            </w:r>
          </w:p>
        </w:tc>
      </w:tr>
      <w:tr w:rsidR="00924894" w14:paraId="0431209C" w14:textId="77777777">
        <w:trPr>
          <w:jc w:val="center"/>
        </w:trPr>
        <w:tc>
          <w:tcPr>
            <w:tcW w:w="1814" w:type="dxa"/>
            <w:shd w:val="clear" w:color="auto" w:fill="EFEFEF"/>
            <w:vAlign w:val="center"/>
          </w:tcPr>
          <w:p w14:paraId="7A08A826" w14:textId="77777777" w:rsidR="00924894" w:rsidRDefault="00000000">
            <w:pPr>
              <w:jc w:val="center"/>
            </w:pPr>
            <w:proofErr w:type="spellStart"/>
            <w:r>
              <w:rPr>
                <w:b/>
                <w:sz w:val="18"/>
              </w:rPr>
              <w:t>姓名</w:t>
            </w:r>
            <w:proofErr w:type="spellEnd"/>
          </w:p>
        </w:tc>
        <w:tc>
          <w:tcPr>
            <w:tcW w:w="2835" w:type="dxa"/>
            <w:vAlign w:val="center"/>
          </w:tcPr>
          <w:p w14:paraId="3927A374" w14:textId="77777777" w:rsidR="00924894" w:rsidRDefault="00924894"/>
        </w:tc>
        <w:tc>
          <w:tcPr>
            <w:tcW w:w="1814" w:type="dxa"/>
            <w:shd w:val="clear" w:color="auto" w:fill="EFEFEF"/>
            <w:vAlign w:val="center"/>
          </w:tcPr>
          <w:p w14:paraId="40B67753" w14:textId="77777777" w:rsidR="00924894" w:rsidRDefault="00000000">
            <w:pPr>
              <w:jc w:val="center"/>
            </w:pPr>
            <w:r>
              <w:rPr>
                <w:b/>
                <w:sz w:val="18"/>
              </w:rPr>
              <w:t>身分證號／居留證號</w:t>
            </w:r>
          </w:p>
        </w:tc>
        <w:tc>
          <w:tcPr>
            <w:tcW w:w="3855" w:type="dxa"/>
            <w:vAlign w:val="center"/>
          </w:tcPr>
          <w:p w14:paraId="330C915B" w14:textId="77777777" w:rsidR="00924894" w:rsidRDefault="00924894"/>
        </w:tc>
      </w:tr>
      <w:tr w:rsidR="00924894" w14:paraId="16B6A86E" w14:textId="77777777">
        <w:trPr>
          <w:jc w:val="center"/>
        </w:trPr>
        <w:tc>
          <w:tcPr>
            <w:tcW w:w="1814" w:type="dxa"/>
            <w:shd w:val="clear" w:color="auto" w:fill="EFEFEF"/>
            <w:vAlign w:val="center"/>
          </w:tcPr>
          <w:p w14:paraId="6BBCBE43" w14:textId="77777777" w:rsidR="00924894" w:rsidRDefault="00000000">
            <w:pPr>
              <w:jc w:val="center"/>
            </w:pPr>
            <w:r>
              <w:rPr>
                <w:b/>
                <w:sz w:val="18"/>
              </w:rPr>
              <w:t>報到時間</w:t>
            </w:r>
          </w:p>
        </w:tc>
        <w:tc>
          <w:tcPr>
            <w:tcW w:w="2835" w:type="dxa"/>
            <w:vAlign w:val="center"/>
          </w:tcPr>
          <w:p w14:paraId="42DBF605" w14:textId="77777777" w:rsidR="00924894" w:rsidRDefault="00000000">
            <w:pPr>
              <w:rPr>
                <w:lang w:eastAsia="zh-TW"/>
              </w:rPr>
            </w:pPr>
            <w:r>
              <w:rPr>
                <w:sz w:val="18"/>
                <w:lang w:eastAsia="zh-TW"/>
              </w:rPr>
              <w:t>115 年 6 月 25 日（星期四）下午 1 時 20 分前</w:t>
            </w:r>
          </w:p>
        </w:tc>
        <w:tc>
          <w:tcPr>
            <w:tcW w:w="1814" w:type="dxa"/>
            <w:shd w:val="clear" w:color="auto" w:fill="EFEFEF"/>
            <w:vAlign w:val="center"/>
          </w:tcPr>
          <w:p w14:paraId="0B79E407" w14:textId="77777777" w:rsidR="00924894" w:rsidRDefault="00000000">
            <w:pPr>
              <w:jc w:val="center"/>
            </w:pPr>
            <w:proofErr w:type="spellStart"/>
            <w:r>
              <w:rPr>
                <w:b/>
                <w:sz w:val="18"/>
              </w:rPr>
              <w:t>甄試時間</w:t>
            </w:r>
            <w:proofErr w:type="spellEnd"/>
          </w:p>
        </w:tc>
        <w:tc>
          <w:tcPr>
            <w:tcW w:w="3855" w:type="dxa"/>
            <w:vAlign w:val="center"/>
          </w:tcPr>
          <w:p w14:paraId="5E2D9B96" w14:textId="77777777" w:rsidR="00924894" w:rsidRDefault="00000000">
            <w:pPr>
              <w:rPr>
                <w:lang w:eastAsia="zh-TW"/>
              </w:rPr>
            </w:pPr>
            <w:r>
              <w:rPr>
                <w:sz w:val="18"/>
                <w:lang w:eastAsia="zh-TW"/>
              </w:rPr>
              <w:t>115 年 6 月 25 日（星期四）下午 1 時 30 分開始</w:t>
            </w:r>
          </w:p>
        </w:tc>
      </w:tr>
      <w:tr w:rsidR="00924894" w14:paraId="4699C639" w14:textId="77777777">
        <w:trPr>
          <w:jc w:val="center"/>
        </w:trPr>
        <w:tc>
          <w:tcPr>
            <w:tcW w:w="1814" w:type="dxa"/>
            <w:shd w:val="clear" w:color="auto" w:fill="EFEFEF"/>
            <w:vAlign w:val="center"/>
          </w:tcPr>
          <w:p w14:paraId="78683CC1" w14:textId="77777777" w:rsidR="00924894" w:rsidRDefault="00000000">
            <w:pPr>
              <w:jc w:val="center"/>
            </w:pPr>
            <w:proofErr w:type="spellStart"/>
            <w:r>
              <w:rPr>
                <w:b/>
                <w:sz w:val="18"/>
              </w:rPr>
              <w:t>甄試地點</w:t>
            </w:r>
            <w:proofErr w:type="spellEnd"/>
          </w:p>
        </w:tc>
        <w:tc>
          <w:tcPr>
            <w:tcW w:w="2835" w:type="dxa"/>
            <w:vAlign w:val="center"/>
          </w:tcPr>
          <w:p w14:paraId="51EFAC2D" w14:textId="77777777" w:rsidR="00924894" w:rsidRDefault="00000000">
            <w:pPr>
              <w:rPr>
                <w:lang w:eastAsia="zh-TW"/>
              </w:rPr>
            </w:pPr>
            <w:r>
              <w:rPr>
                <w:sz w:val="18"/>
                <w:lang w:eastAsia="zh-TW"/>
              </w:rPr>
              <w:t>新北市貢寮區和美國民小學（當日安排試場）</w:t>
            </w:r>
          </w:p>
        </w:tc>
        <w:tc>
          <w:tcPr>
            <w:tcW w:w="1814" w:type="dxa"/>
            <w:shd w:val="clear" w:color="auto" w:fill="EFEFEF"/>
            <w:vAlign w:val="center"/>
          </w:tcPr>
          <w:p w14:paraId="72AD221F" w14:textId="77777777" w:rsidR="00924894" w:rsidRDefault="00000000">
            <w:pPr>
              <w:jc w:val="center"/>
            </w:pPr>
            <w:proofErr w:type="spellStart"/>
            <w:r>
              <w:rPr>
                <w:b/>
                <w:sz w:val="18"/>
              </w:rPr>
              <w:t>注意事項</w:t>
            </w:r>
            <w:proofErr w:type="spellEnd"/>
          </w:p>
        </w:tc>
        <w:tc>
          <w:tcPr>
            <w:tcW w:w="3855" w:type="dxa"/>
            <w:vAlign w:val="center"/>
          </w:tcPr>
          <w:p w14:paraId="7702EF0D" w14:textId="77777777" w:rsidR="00924894" w:rsidRDefault="00000000">
            <w:pPr>
              <w:rPr>
                <w:lang w:eastAsia="zh-TW"/>
              </w:rPr>
            </w:pPr>
            <w:r>
              <w:rPr>
                <w:sz w:val="18"/>
                <w:lang w:eastAsia="zh-TW"/>
              </w:rPr>
              <w:t>請攜帶身分證或居留證正本及本證應試。</w:t>
            </w:r>
          </w:p>
        </w:tc>
      </w:tr>
      <w:tr w:rsidR="00924894" w14:paraId="0362206A" w14:textId="77777777">
        <w:trPr>
          <w:jc w:val="center"/>
        </w:trPr>
        <w:tc>
          <w:tcPr>
            <w:tcW w:w="1814" w:type="dxa"/>
            <w:shd w:val="clear" w:color="auto" w:fill="EFEFEF"/>
            <w:vAlign w:val="center"/>
          </w:tcPr>
          <w:p w14:paraId="14566655" w14:textId="77777777" w:rsidR="00924894" w:rsidRDefault="00000000">
            <w:pPr>
              <w:jc w:val="center"/>
            </w:pPr>
            <w:proofErr w:type="spellStart"/>
            <w:r>
              <w:rPr>
                <w:b/>
                <w:sz w:val="18"/>
              </w:rPr>
              <w:t>試場規則</w:t>
            </w:r>
            <w:proofErr w:type="spellEnd"/>
          </w:p>
        </w:tc>
        <w:tc>
          <w:tcPr>
            <w:tcW w:w="2835" w:type="dxa"/>
            <w:vAlign w:val="center"/>
          </w:tcPr>
          <w:p w14:paraId="51A07463" w14:textId="77777777" w:rsidR="00924894" w:rsidRDefault="00000000">
            <w:pPr>
              <w:rPr>
                <w:lang w:eastAsia="zh-TW"/>
              </w:rPr>
            </w:pPr>
            <w:r>
              <w:rPr>
                <w:sz w:val="18"/>
                <w:lang w:eastAsia="zh-TW"/>
              </w:rPr>
              <w:t>口試前唱名 3 次未到者視同棄權；資格審查未通過者不得參加口試。</w:t>
            </w:r>
          </w:p>
        </w:tc>
        <w:tc>
          <w:tcPr>
            <w:tcW w:w="1814" w:type="dxa"/>
            <w:shd w:val="clear" w:color="auto" w:fill="EFEFEF"/>
            <w:vAlign w:val="center"/>
          </w:tcPr>
          <w:p w14:paraId="139DEBEF" w14:textId="77777777" w:rsidR="00924894" w:rsidRDefault="00000000">
            <w:pPr>
              <w:jc w:val="center"/>
            </w:pPr>
            <w:proofErr w:type="spellStart"/>
            <w:r>
              <w:rPr>
                <w:b/>
                <w:sz w:val="18"/>
              </w:rPr>
              <w:t>核章</w:t>
            </w:r>
            <w:proofErr w:type="spellEnd"/>
          </w:p>
        </w:tc>
        <w:tc>
          <w:tcPr>
            <w:tcW w:w="3855" w:type="dxa"/>
            <w:vAlign w:val="center"/>
          </w:tcPr>
          <w:p w14:paraId="2C70EDDE" w14:textId="77777777" w:rsidR="00924894" w:rsidRDefault="00924894"/>
        </w:tc>
      </w:tr>
      <w:tr w:rsidR="00924894" w14:paraId="78F6A08A" w14:textId="77777777">
        <w:trPr>
          <w:jc w:val="center"/>
        </w:trPr>
        <w:tc>
          <w:tcPr>
            <w:tcW w:w="1814" w:type="dxa"/>
            <w:shd w:val="clear" w:color="auto" w:fill="EFEFEF"/>
            <w:vAlign w:val="center"/>
          </w:tcPr>
          <w:p w14:paraId="66822FEA" w14:textId="77777777" w:rsidR="00924894" w:rsidRDefault="00000000">
            <w:pPr>
              <w:jc w:val="center"/>
            </w:pPr>
            <w:r>
              <w:rPr>
                <w:b/>
                <w:sz w:val="18"/>
              </w:rPr>
              <w:t>照片欄</w:t>
            </w:r>
          </w:p>
        </w:tc>
        <w:tc>
          <w:tcPr>
            <w:tcW w:w="2835" w:type="dxa"/>
            <w:vAlign w:val="center"/>
          </w:tcPr>
          <w:p w14:paraId="2B7500B2" w14:textId="77777777" w:rsidR="00924894" w:rsidRDefault="00000000">
            <w:pPr>
              <w:rPr>
                <w:lang w:eastAsia="zh-TW"/>
              </w:rPr>
            </w:pPr>
            <w:r>
              <w:rPr>
                <w:sz w:val="18"/>
                <w:lang w:eastAsia="zh-TW"/>
              </w:rPr>
              <w:t>請於報名表及應試證張貼最近 3 個月 2 吋脫帽正面半身照片。</w:t>
            </w:r>
          </w:p>
        </w:tc>
        <w:tc>
          <w:tcPr>
            <w:tcW w:w="1814" w:type="dxa"/>
            <w:shd w:val="clear" w:color="auto" w:fill="EFEFEF"/>
            <w:vAlign w:val="center"/>
          </w:tcPr>
          <w:p w14:paraId="42A87A97" w14:textId="77777777" w:rsidR="00924894" w:rsidRDefault="00000000">
            <w:pPr>
              <w:jc w:val="center"/>
            </w:pPr>
            <w:proofErr w:type="spellStart"/>
            <w:r>
              <w:rPr>
                <w:b/>
                <w:sz w:val="18"/>
              </w:rPr>
              <w:t>備註</w:t>
            </w:r>
            <w:proofErr w:type="spellEnd"/>
          </w:p>
        </w:tc>
        <w:tc>
          <w:tcPr>
            <w:tcW w:w="3855" w:type="dxa"/>
            <w:vAlign w:val="center"/>
          </w:tcPr>
          <w:p w14:paraId="5473C919" w14:textId="77777777" w:rsidR="00924894" w:rsidRDefault="00924894"/>
        </w:tc>
      </w:tr>
    </w:tbl>
    <w:p w14:paraId="2879D3E2" w14:textId="77777777" w:rsidR="00924894" w:rsidRDefault="00924894"/>
    <w:p w14:paraId="64C2416B" w14:textId="77777777" w:rsidR="00924894" w:rsidRDefault="00000000">
      <w:pPr>
        <w:spacing w:after="60"/>
        <w:jc w:val="center"/>
        <w:rPr>
          <w:lang w:eastAsia="zh-TW"/>
        </w:rPr>
      </w:pPr>
      <w:r>
        <w:rPr>
          <w:b/>
          <w:sz w:val="24"/>
          <w:lang w:eastAsia="zh-TW"/>
        </w:rPr>
        <w:t>應試證存根（本校留存）</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4"/>
        <w:gridCol w:w="2835"/>
        <w:gridCol w:w="1814"/>
        <w:gridCol w:w="3855"/>
      </w:tblGrid>
      <w:tr w:rsidR="00924894" w14:paraId="2E71DCFB" w14:textId="77777777">
        <w:trPr>
          <w:jc w:val="center"/>
        </w:trPr>
        <w:tc>
          <w:tcPr>
            <w:tcW w:w="1814" w:type="dxa"/>
            <w:shd w:val="clear" w:color="auto" w:fill="EFEFEF"/>
            <w:vAlign w:val="center"/>
          </w:tcPr>
          <w:p w14:paraId="0B54882E" w14:textId="77777777" w:rsidR="00924894" w:rsidRDefault="00000000">
            <w:pPr>
              <w:jc w:val="center"/>
            </w:pPr>
            <w:proofErr w:type="spellStart"/>
            <w:r>
              <w:rPr>
                <w:b/>
                <w:sz w:val="18"/>
              </w:rPr>
              <w:t>甄選編號</w:t>
            </w:r>
            <w:proofErr w:type="spellEnd"/>
          </w:p>
        </w:tc>
        <w:tc>
          <w:tcPr>
            <w:tcW w:w="2835" w:type="dxa"/>
            <w:vAlign w:val="center"/>
          </w:tcPr>
          <w:p w14:paraId="44F90C2D" w14:textId="77777777" w:rsidR="00924894" w:rsidRDefault="00924894"/>
        </w:tc>
        <w:tc>
          <w:tcPr>
            <w:tcW w:w="1814" w:type="dxa"/>
            <w:shd w:val="clear" w:color="auto" w:fill="EFEFEF"/>
            <w:vAlign w:val="center"/>
          </w:tcPr>
          <w:p w14:paraId="2154EE6B" w14:textId="77777777" w:rsidR="00924894" w:rsidRDefault="00000000">
            <w:pPr>
              <w:jc w:val="center"/>
            </w:pPr>
            <w:r>
              <w:rPr>
                <w:b/>
                <w:sz w:val="18"/>
              </w:rPr>
              <w:t>甄試科別</w:t>
            </w:r>
          </w:p>
        </w:tc>
        <w:tc>
          <w:tcPr>
            <w:tcW w:w="3855" w:type="dxa"/>
            <w:vAlign w:val="center"/>
          </w:tcPr>
          <w:p w14:paraId="524B5111" w14:textId="77777777" w:rsidR="00924894" w:rsidRDefault="00000000">
            <w:pPr>
              <w:rPr>
                <w:lang w:eastAsia="zh-TW"/>
              </w:rPr>
            </w:pPr>
            <w:r>
              <w:rPr>
                <w:sz w:val="18"/>
                <w:lang w:eastAsia="zh-TW"/>
              </w:rPr>
              <w:t>新住民語文（越南語）</w:t>
            </w:r>
          </w:p>
        </w:tc>
      </w:tr>
      <w:tr w:rsidR="00924894" w14:paraId="018C0245" w14:textId="77777777">
        <w:trPr>
          <w:jc w:val="center"/>
        </w:trPr>
        <w:tc>
          <w:tcPr>
            <w:tcW w:w="1814" w:type="dxa"/>
            <w:shd w:val="clear" w:color="auto" w:fill="EFEFEF"/>
            <w:vAlign w:val="center"/>
          </w:tcPr>
          <w:p w14:paraId="613760EC" w14:textId="77777777" w:rsidR="00924894" w:rsidRDefault="00000000">
            <w:pPr>
              <w:jc w:val="center"/>
            </w:pPr>
            <w:proofErr w:type="spellStart"/>
            <w:r>
              <w:rPr>
                <w:b/>
                <w:sz w:val="18"/>
              </w:rPr>
              <w:t>姓名</w:t>
            </w:r>
            <w:proofErr w:type="spellEnd"/>
          </w:p>
        </w:tc>
        <w:tc>
          <w:tcPr>
            <w:tcW w:w="2835" w:type="dxa"/>
            <w:vAlign w:val="center"/>
          </w:tcPr>
          <w:p w14:paraId="248E327A" w14:textId="77777777" w:rsidR="00924894" w:rsidRDefault="00924894"/>
        </w:tc>
        <w:tc>
          <w:tcPr>
            <w:tcW w:w="1814" w:type="dxa"/>
            <w:shd w:val="clear" w:color="auto" w:fill="EFEFEF"/>
            <w:vAlign w:val="center"/>
          </w:tcPr>
          <w:p w14:paraId="7E3325A5" w14:textId="77777777" w:rsidR="00924894" w:rsidRDefault="00000000">
            <w:pPr>
              <w:jc w:val="center"/>
            </w:pPr>
            <w:r>
              <w:rPr>
                <w:b/>
                <w:sz w:val="18"/>
              </w:rPr>
              <w:t>身分證號／居留證號</w:t>
            </w:r>
          </w:p>
        </w:tc>
        <w:tc>
          <w:tcPr>
            <w:tcW w:w="3855" w:type="dxa"/>
            <w:vAlign w:val="center"/>
          </w:tcPr>
          <w:p w14:paraId="0B38150B" w14:textId="77777777" w:rsidR="00924894" w:rsidRDefault="00924894"/>
        </w:tc>
      </w:tr>
      <w:tr w:rsidR="00924894" w14:paraId="60C50A6F" w14:textId="77777777">
        <w:trPr>
          <w:jc w:val="center"/>
        </w:trPr>
        <w:tc>
          <w:tcPr>
            <w:tcW w:w="1814" w:type="dxa"/>
            <w:shd w:val="clear" w:color="auto" w:fill="EFEFEF"/>
            <w:vAlign w:val="center"/>
          </w:tcPr>
          <w:p w14:paraId="733FB82D" w14:textId="77777777" w:rsidR="00924894" w:rsidRDefault="00000000">
            <w:pPr>
              <w:jc w:val="center"/>
            </w:pPr>
            <w:r>
              <w:rPr>
                <w:b/>
                <w:sz w:val="18"/>
              </w:rPr>
              <w:t>報到時間</w:t>
            </w:r>
          </w:p>
        </w:tc>
        <w:tc>
          <w:tcPr>
            <w:tcW w:w="2835" w:type="dxa"/>
            <w:vAlign w:val="center"/>
          </w:tcPr>
          <w:p w14:paraId="6E898F81" w14:textId="77777777" w:rsidR="00924894" w:rsidRDefault="00000000">
            <w:pPr>
              <w:rPr>
                <w:lang w:eastAsia="zh-TW"/>
              </w:rPr>
            </w:pPr>
            <w:r>
              <w:rPr>
                <w:sz w:val="18"/>
                <w:lang w:eastAsia="zh-TW"/>
              </w:rPr>
              <w:t>115 年 6 月 25 日（星期四）下午 1 時 20 分前</w:t>
            </w:r>
          </w:p>
        </w:tc>
        <w:tc>
          <w:tcPr>
            <w:tcW w:w="1814" w:type="dxa"/>
            <w:shd w:val="clear" w:color="auto" w:fill="EFEFEF"/>
            <w:vAlign w:val="center"/>
          </w:tcPr>
          <w:p w14:paraId="2E534884" w14:textId="77777777" w:rsidR="00924894" w:rsidRDefault="00000000">
            <w:pPr>
              <w:jc w:val="center"/>
            </w:pPr>
            <w:proofErr w:type="spellStart"/>
            <w:r>
              <w:rPr>
                <w:b/>
                <w:sz w:val="18"/>
              </w:rPr>
              <w:t>甄試時間</w:t>
            </w:r>
            <w:proofErr w:type="spellEnd"/>
          </w:p>
        </w:tc>
        <w:tc>
          <w:tcPr>
            <w:tcW w:w="3855" w:type="dxa"/>
            <w:vAlign w:val="center"/>
          </w:tcPr>
          <w:p w14:paraId="4C11C525" w14:textId="77777777" w:rsidR="00924894" w:rsidRDefault="00000000">
            <w:pPr>
              <w:rPr>
                <w:lang w:eastAsia="zh-TW"/>
              </w:rPr>
            </w:pPr>
            <w:r>
              <w:rPr>
                <w:sz w:val="18"/>
                <w:lang w:eastAsia="zh-TW"/>
              </w:rPr>
              <w:t>115 年 6 月 25 日（星期四）下午 1 時 30 分開始</w:t>
            </w:r>
          </w:p>
        </w:tc>
      </w:tr>
      <w:tr w:rsidR="00924894" w14:paraId="5C679BDD" w14:textId="77777777">
        <w:trPr>
          <w:jc w:val="center"/>
        </w:trPr>
        <w:tc>
          <w:tcPr>
            <w:tcW w:w="1814" w:type="dxa"/>
            <w:shd w:val="clear" w:color="auto" w:fill="EFEFEF"/>
            <w:vAlign w:val="center"/>
          </w:tcPr>
          <w:p w14:paraId="022E370B" w14:textId="77777777" w:rsidR="00924894" w:rsidRDefault="00000000">
            <w:pPr>
              <w:jc w:val="center"/>
            </w:pPr>
            <w:proofErr w:type="spellStart"/>
            <w:r>
              <w:rPr>
                <w:b/>
                <w:sz w:val="18"/>
              </w:rPr>
              <w:t>甄試地點</w:t>
            </w:r>
            <w:proofErr w:type="spellEnd"/>
          </w:p>
        </w:tc>
        <w:tc>
          <w:tcPr>
            <w:tcW w:w="2835" w:type="dxa"/>
            <w:vAlign w:val="center"/>
          </w:tcPr>
          <w:p w14:paraId="420257FE" w14:textId="77777777" w:rsidR="00924894" w:rsidRDefault="00000000">
            <w:pPr>
              <w:rPr>
                <w:lang w:eastAsia="zh-TW"/>
              </w:rPr>
            </w:pPr>
            <w:r>
              <w:rPr>
                <w:sz w:val="18"/>
                <w:lang w:eastAsia="zh-TW"/>
              </w:rPr>
              <w:t>新北市貢寮區和美國民小學（當日安排試場）</w:t>
            </w:r>
          </w:p>
        </w:tc>
        <w:tc>
          <w:tcPr>
            <w:tcW w:w="1814" w:type="dxa"/>
            <w:shd w:val="clear" w:color="auto" w:fill="EFEFEF"/>
            <w:vAlign w:val="center"/>
          </w:tcPr>
          <w:p w14:paraId="6EF6918D" w14:textId="77777777" w:rsidR="00924894" w:rsidRDefault="00000000">
            <w:pPr>
              <w:jc w:val="center"/>
            </w:pPr>
            <w:proofErr w:type="spellStart"/>
            <w:r>
              <w:rPr>
                <w:b/>
                <w:sz w:val="18"/>
              </w:rPr>
              <w:t>注意事項</w:t>
            </w:r>
            <w:proofErr w:type="spellEnd"/>
          </w:p>
        </w:tc>
        <w:tc>
          <w:tcPr>
            <w:tcW w:w="3855" w:type="dxa"/>
            <w:vAlign w:val="center"/>
          </w:tcPr>
          <w:p w14:paraId="043ABCBF" w14:textId="77777777" w:rsidR="00924894" w:rsidRDefault="00000000">
            <w:pPr>
              <w:rPr>
                <w:lang w:eastAsia="zh-TW"/>
              </w:rPr>
            </w:pPr>
            <w:r>
              <w:rPr>
                <w:sz w:val="18"/>
                <w:lang w:eastAsia="zh-TW"/>
              </w:rPr>
              <w:t>請攜帶身分證或居留證正本及本證應試。</w:t>
            </w:r>
          </w:p>
        </w:tc>
      </w:tr>
      <w:tr w:rsidR="00924894" w14:paraId="492FEDBB" w14:textId="77777777">
        <w:trPr>
          <w:jc w:val="center"/>
        </w:trPr>
        <w:tc>
          <w:tcPr>
            <w:tcW w:w="1814" w:type="dxa"/>
            <w:shd w:val="clear" w:color="auto" w:fill="EFEFEF"/>
            <w:vAlign w:val="center"/>
          </w:tcPr>
          <w:p w14:paraId="0DD35B22" w14:textId="77777777" w:rsidR="00924894" w:rsidRDefault="00000000">
            <w:pPr>
              <w:jc w:val="center"/>
            </w:pPr>
            <w:proofErr w:type="spellStart"/>
            <w:r>
              <w:rPr>
                <w:b/>
                <w:sz w:val="18"/>
              </w:rPr>
              <w:t>試場規則</w:t>
            </w:r>
            <w:proofErr w:type="spellEnd"/>
          </w:p>
        </w:tc>
        <w:tc>
          <w:tcPr>
            <w:tcW w:w="2835" w:type="dxa"/>
            <w:vAlign w:val="center"/>
          </w:tcPr>
          <w:p w14:paraId="005BE5C5" w14:textId="77777777" w:rsidR="00924894" w:rsidRDefault="00000000">
            <w:pPr>
              <w:rPr>
                <w:lang w:eastAsia="zh-TW"/>
              </w:rPr>
            </w:pPr>
            <w:r>
              <w:rPr>
                <w:sz w:val="18"/>
                <w:lang w:eastAsia="zh-TW"/>
              </w:rPr>
              <w:t>口試前唱名 3 次未到者視同棄權；資格審查未通過者不得參加口試。</w:t>
            </w:r>
          </w:p>
        </w:tc>
        <w:tc>
          <w:tcPr>
            <w:tcW w:w="1814" w:type="dxa"/>
            <w:shd w:val="clear" w:color="auto" w:fill="EFEFEF"/>
            <w:vAlign w:val="center"/>
          </w:tcPr>
          <w:p w14:paraId="608A75CE" w14:textId="77777777" w:rsidR="00924894" w:rsidRDefault="00000000">
            <w:pPr>
              <w:jc w:val="center"/>
            </w:pPr>
            <w:proofErr w:type="spellStart"/>
            <w:r>
              <w:rPr>
                <w:b/>
                <w:sz w:val="18"/>
              </w:rPr>
              <w:t>核章</w:t>
            </w:r>
            <w:proofErr w:type="spellEnd"/>
          </w:p>
        </w:tc>
        <w:tc>
          <w:tcPr>
            <w:tcW w:w="3855" w:type="dxa"/>
            <w:vAlign w:val="center"/>
          </w:tcPr>
          <w:p w14:paraId="3AD6455E" w14:textId="77777777" w:rsidR="00924894" w:rsidRDefault="00924894"/>
        </w:tc>
      </w:tr>
      <w:tr w:rsidR="00924894" w14:paraId="19D38046" w14:textId="77777777">
        <w:trPr>
          <w:jc w:val="center"/>
        </w:trPr>
        <w:tc>
          <w:tcPr>
            <w:tcW w:w="1814" w:type="dxa"/>
            <w:shd w:val="clear" w:color="auto" w:fill="EFEFEF"/>
            <w:vAlign w:val="center"/>
          </w:tcPr>
          <w:p w14:paraId="4EBFFCD1" w14:textId="77777777" w:rsidR="00924894" w:rsidRDefault="00000000">
            <w:pPr>
              <w:jc w:val="center"/>
            </w:pPr>
            <w:r>
              <w:rPr>
                <w:b/>
                <w:sz w:val="18"/>
              </w:rPr>
              <w:t>照片欄</w:t>
            </w:r>
          </w:p>
        </w:tc>
        <w:tc>
          <w:tcPr>
            <w:tcW w:w="2835" w:type="dxa"/>
            <w:vAlign w:val="center"/>
          </w:tcPr>
          <w:p w14:paraId="3652CE9E" w14:textId="77777777" w:rsidR="00924894" w:rsidRDefault="00000000">
            <w:pPr>
              <w:rPr>
                <w:lang w:eastAsia="zh-TW"/>
              </w:rPr>
            </w:pPr>
            <w:r>
              <w:rPr>
                <w:sz w:val="18"/>
                <w:lang w:eastAsia="zh-TW"/>
              </w:rPr>
              <w:t>請於報名表及應試證張貼最近 3 個月 2 吋脫帽正面半身照片。</w:t>
            </w:r>
          </w:p>
        </w:tc>
        <w:tc>
          <w:tcPr>
            <w:tcW w:w="1814" w:type="dxa"/>
            <w:shd w:val="clear" w:color="auto" w:fill="EFEFEF"/>
            <w:vAlign w:val="center"/>
          </w:tcPr>
          <w:p w14:paraId="21CD646F" w14:textId="77777777" w:rsidR="00924894" w:rsidRDefault="00000000">
            <w:pPr>
              <w:jc w:val="center"/>
            </w:pPr>
            <w:proofErr w:type="spellStart"/>
            <w:r>
              <w:rPr>
                <w:b/>
                <w:sz w:val="18"/>
              </w:rPr>
              <w:t>備註</w:t>
            </w:r>
            <w:proofErr w:type="spellEnd"/>
          </w:p>
        </w:tc>
        <w:tc>
          <w:tcPr>
            <w:tcW w:w="3855" w:type="dxa"/>
            <w:vAlign w:val="center"/>
          </w:tcPr>
          <w:p w14:paraId="5F92B26A" w14:textId="77777777" w:rsidR="00924894" w:rsidRDefault="00924894"/>
        </w:tc>
      </w:tr>
    </w:tbl>
    <w:p w14:paraId="61ECC941" w14:textId="77777777" w:rsidR="00924894" w:rsidRDefault="00924894"/>
    <w:p w14:paraId="53F1BBEC" w14:textId="77777777" w:rsidR="00924894" w:rsidRDefault="00000000">
      <w:pPr>
        <w:spacing w:after="0"/>
        <w:rPr>
          <w:lang w:eastAsia="zh-TW"/>
        </w:rPr>
      </w:pPr>
      <w:r>
        <w:rPr>
          <w:sz w:val="19"/>
          <w:lang w:eastAsia="zh-TW"/>
        </w:rPr>
        <w:t>※ 本證請自行填妥基本資料並貼照片，甄試當日攜帶應試。</w:t>
      </w:r>
    </w:p>
    <w:sectPr w:rsidR="00924894" w:rsidSect="00034616">
      <w:footerReference w:type="default" r:id="rId8"/>
      <w:pgSz w:w="11906" w:h="16838"/>
      <w:pgMar w:top="850" w:right="794" w:bottom="794"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6AB0B" w14:textId="77777777" w:rsidR="00FD06C7" w:rsidRDefault="00FD06C7">
      <w:pPr>
        <w:spacing w:after="0" w:line="240" w:lineRule="auto"/>
      </w:pPr>
      <w:r>
        <w:separator/>
      </w:r>
    </w:p>
  </w:endnote>
  <w:endnote w:type="continuationSeparator" w:id="0">
    <w:p w14:paraId="176A57F5" w14:textId="77777777" w:rsidR="00FD06C7" w:rsidRDefault="00FD0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erif CJK TC">
    <w:altName w:val="Cambri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標楷體">
    <w:altName w:val="微軟正黑體"/>
    <w:panose1 w:val="020B0604020202020204"/>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C45EC" w14:textId="77777777" w:rsidR="00924894" w:rsidRDefault="00000000">
    <w:pPr>
      <w:pStyle w:val="a7"/>
      <w:jc w:val="center"/>
      <w:rPr>
        <w:lang w:eastAsia="zh-TW"/>
      </w:rPr>
    </w:pPr>
    <w:r>
      <w:rPr>
        <w:sz w:val="16"/>
        <w:lang w:eastAsia="zh-TW"/>
      </w:rPr>
      <w:t>新北市貢寮區和美國民小學 115 學年度新住民語文（越南語）教學支援工作人員甄選簡章</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59797" w14:textId="77777777" w:rsidR="00FD06C7" w:rsidRDefault="00FD06C7">
      <w:pPr>
        <w:spacing w:after="0" w:line="240" w:lineRule="auto"/>
      </w:pPr>
      <w:r>
        <w:separator/>
      </w:r>
    </w:p>
  </w:footnote>
  <w:footnote w:type="continuationSeparator" w:id="0">
    <w:p w14:paraId="12C42644" w14:textId="77777777" w:rsidR="00FD06C7" w:rsidRDefault="00FD0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482817559">
    <w:abstractNumId w:val="8"/>
  </w:num>
  <w:num w:numId="2" w16cid:durableId="1307857910">
    <w:abstractNumId w:val="6"/>
  </w:num>
  <w:num w:numId="3" w16cid:durableId="534537467">
    <w:abstractNumId w:val="5"/>
  </w:num>
  <w:num w:numId="4" w16cid:durableId="587419927">
    <w:abstractNumId w:val="4"/>
  </w:num>
  <w:num w:numId="5" w16cid:durableId="978609788">
    <w:abstractNumId w:val="7"/>
  </w:num>
  <w:num w:numId="6" w16cid:durableId="1515265118">
    <w:abstractNumId w:val="3"/>
  </w:num>
  <w:num w:numId="7" w16cid:durableId="84763397">
    <w:abstractNumId w:val="2"/>
  </w:num>
  <w:num w:numId="8" w16cid:durableId="1235123812">
    <w:abstractNumId w:val="1"/>
  </w:num>
  <w:num w:numId="9" w16cid:durableId="621228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24894"/>
    <w:rsid w:val="009A6BE6"/>
    <w:rsid w:val="00AA1D8D"/>
    <w:rsid w:val="00B47730"/>
    <w:rsid w:val="00CB0664"/>
    <w:rsid w:val="00D93618"/>
    <w:rsid w:val="00FC693F"/>
    <w:rsid w:val="00FD06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33A398"/>
  <w14:defaultImageDpi w14:val="300"/>
  <w15:docId w15:val="{1EAB812C-C43C-F84C-97B2-D84F73DB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Noto Serif CJK TC" w:eastAsia="Noto Serif CJK TC" w:hAnsi="Noto Serif CJK TC"/>
      <w:sz w:val="23"/>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rPr>
      <w:sz w:val="21"/>
    </w:rPr>
  </w:style>
  <w:style w:type="paragraph" w:styleId="20">
    <w:name w:val="List Bullet 2"/>
    <w:basedOn w:val="a1"/>
    <w:uiPriority w:val="99"/>
    <w:unhideWhenUsed/>
    <w:rsid w:val="00326F90"/>
    <w:pPr>
      <w:numPr>
        <w:numId w:val="2"/>
      </w:numPr>
      <w:contextualSpacing/>
    </w:pPr>
    <w:rPr>
      <w:sz w:val="21"/>
    </w:r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新北市貢寮區和美國民小學115學年度新住民語文越南語教學支援工作人員甄選簡章</dc:title>
  <dc:subject>甄選簡章</dc:subject>
  <dc:creator>新北市貢寮區和美國民小學</dc:creator>
  <cp:keywords/>
  <dc:description/>
  <cp:lastModifiedBy>office</cp:lastModifiedBy>
  <cp:revision>2</cp:revision>
  <dcterms:created xsi:type="dcterms:W3CDTF">2013-12-23T23:15:00Z</dcterms:created>
  <dcterms:modified xsi:type="dcterms:W3CDTF">2026-06-08T15:19:00Z</dcterms:modified>
  <cp:category/>
</cp:coreProperties>
</file>